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before="100" w:after="100"/>
      </w:pPr>
      <w:r>
        <w:t>Company Constitution Replacement</w:t>
      </w:r>
    </w:p>
    <w:p>
      <w:pPr>
        <w:pStyle w:val="Subtitle"/>
        <w:spacing w:after="100"/>
      </w:pPr>
      <w:r>
        <w:t>Optional checklist for replacement or update</w:t>
      </w:r>
    </w:p>
    <w:p>
      <w:pPr>
        <w:spacing w:after="100" w:before="0"/>
      </w:pPr>
      <w:r>
        <w:rPr>
          <w:b w:val="0"/>
          <w:sz w:val="22"/>
        </w:rPr>
        <w:t>If you wish, complete this checklist before you build your replacement Company Constitution. You can also start building the document on our law firm’s website straight away. Your answers are saved, so you can log back in and continue later.</w:t>
      </w:r>
    </w:p>
    <w:p>
      <w:pPr>
        <w:spacing w:after="100" w:before="0"/>
      </w:pPr>
      <w:r>
        <w:rPr>
          <w:b w:val="0"/>
          <w:sz w:val="22"/>
        </w:rPr>
        <w:t>You are welcome to telephone Legal Consolidated. A specialist lawyer in company law can help you answer the questions.</w:t>
      </w:r>
    </w:p>
    <w:p>
      <w:pPr>
        <w:pStyle w:val="Heading1"/>
        <w:keepNext/>
      </w:pPr>
      <w:r>
        <w:t>Start building your document for free</w:t>
      </w:r>
    </w:p>
    <w:p>
      <w:pPr>
        <w:spacing w:after="80" w:before="0"/>
      </w:pPr>
      <w:r>
        <w:rPr>
          <w:b w:val="0"/>
          <w:sz w:val="22"/>
        </w:rPr>
        <w:t xml:space="preserve">1.  Select </w:t>
      </w:r>
      <w:hyperlink r:id="rId1">
        <w:r>
          <w:rPr>
            <w:u w:val="single"/>
            <w:b/>
          </w:rPr>
          <w:t>START FOR FREE</w:t>
        </w:r>
      </w:hyperlink>
      <w:r>
        <w:t>. The building process is free.</w:t>
      </w:r>
    </w:p>
    <w:p>
      <w:pPr>
        <w:spacing w:after="100"/>
        <w:ind w:left="331"/>
      </w:pPr>
      <w:hyperlink r:id="rId1">
        <w:r>
          <w:rPr>
            <w:u w:val="single"/>
          </w:rPr>
          <w:t>legalconsolidated.com.au/replace-a-company-constitution/</w:t>
        </w:r>
      </w:hyperlink>
    </w:p>
    <w:p>
      <w:pPr>
        <w:spacing w:after="80" w:before="0"/>
      </w:pPr>
      <w:r>
        <w:rPr>
          <w:b w:val="0"/>
          <w:sz w:val="22"/>
        </w:rPr>
        <w:t>2.  Answer the questions. Read the hints and watch the training videos. Educate and be empowered.</w:t>
      </w:r>
    </w:p>
    <w:p>
      <w:pPr>
        <w:spacing w:after="80" w:before="0"/>
      </w:pPr>
      <w:r>
        <w:rPr>
          <w:b w:val="0"/>
          <w:sz w:val="22"/>
        </w:rPr>
        <w:t xml:space="preserve">3.  Telephone our law firm on </w:t>
      </w:r>
      <w:hyperlink r:id="rId12">
        <w:r>
          <w:rPr>
            <w:u w:val="single"/>
          </w:rPr>
          <w:t>1800 141 612</w:t>
        </w:r>
      </w:hyperlink>
      <w:r>
        <w:t xml:space="preserve"> or email </w:t>
      </w:r>
      <w:hyperlink r:id="rId13">
        <w:r>
          <w:rPr>
            <w:u w:val="single"/>
          </w:rPr>
          <w:t>lawyer@legalconsolidated.com.au</w:t>
        </w:r>
      </w:hyperlink>
      <w:r>
        <w:t xml:space="preserve"> for help answering the questions.</w:t>
      </w:r>
    </w:p>
    <w:p>
      <w:pPr>
        <w:spacing w:after="80" w:before="0"/>
      </w:pPr>
      <w:r>
        <w:rPr>
          <w:b w:val="0"/>
          <w:sz w:val="22"/>
        </w:rPr>
        <w:t>4.  Select Lock and Build and enter your credit card details.</w:t>
      </w:r>
    </w:p>
    <w:p>
      <w:pPr>
        <w:spacing w:after="80" w:before="0"/>
      </w:pPr>
      <w:r>
        <w:rPr>
          <w:b w:val="0"/>
          <w:sz w:val="22"/>
        </w:rPr>
        <w:t>5.  Within seconds, you receive our cover letter and the finished document.</w:t>
      </w:r>
    </w:p>
    <w:p>
      <w:pPr>
        <w:spacing w:after="100" w:before="0"/>
      </w:pPr>
      <w:r>
        <w:rPr>
          <w:b w:val="0"/>
          <w:sz w:val="21"/>
        </w:rPr>
        <w:t xml:space="preserve">A red asterisk </w:t>
      </w:r>
      <w:r>
        <w:rPr>
          <w:b/>
          <w:color w:val="C00000"/>
          <w:sz w:val="21"/>
        </w:rPr>
        <w:t>*</w:t>
      </w:r>
      <w:r>
        <w:rPr>
          <w:b w:val="0"/>
          <w:sz w:val="21"/>
        </w:rPr>
        <w:t xml:space="preserve"> marks a question that is required when building the document on our law firm’s website.</w:t>
      </w:r>
    </w:p>
    <w:p>
      <w:pPr>
        <w:pStyle w:val="Heading1"/>
        <w:keepNext/>
      </w:pPr>
      <w:r>
        <w:t>1 Company information</w:t>
      </w:r>
    </w:p>
    <w:p>
      <w:pPr>
        <w:spacing w:after="80" w:before="0"/>
      </w:pPr>
      <w:r>
        <w:rPr>
          <w:b w:val="0"/>
          <w:sz w:val="18"/>
        </w:rPr>
        <w:t>Use the company’s current registered name and the address of its principal place of business.</w:t>
      </w:r>
    </w:p>
    <w:tbl>
      <w:tblPr>
        <w:tblW w:type="auto" w:w="0"/>
        <w:jc w:val="center"/>
        <w:tblLayout w:type="fixed"/>
        <w:tblLook w:firstColumn="1" w:firstRow="1" w:lastColumn="0" w:lastRow="0" w:noHBand="0" w:noVBand="1" w:val="04A0"/>
      </w:tblPr>
      <w:tblGrid>
        <w:gridCol w:w="3139"/>
        <w:gridCol w:w="6464"/>
      </w:tblGrid>
      <w:tr>
        <w:trPr>
          <w:trHeight w:val="338" w:hRule="atLeast"/>
          <w:cantSplit/>
        </w:trPr>
        <w:tc>
          <w:tcPr>
            <w:tcW w:type="dxa" w:w="3139"/>
            <w:tcBorders>
              <w:top w:val="single" w:sz="3" w:color="D9D9D9"/>
              <w:left w:val="single" w:sz="3" w:color="D9D9D9"/>
              <w:bottom w:val="single" w:sz="3" w:color="D9D9D9"/>
              <w:right w:val="single" w:sz="3" w:color="D9D9D9"/>
            </w:tcBorders>
            <w:tcMar>
              <w:top w:w="60" w:type="dxa"/>
              <w:bottom w:w="60" w:type="dxa"/>
              <w:left w:w="100" w:type="dxa"/>
              <w:right w:w="100" w:type="dxa"/>
            </w:tcMar>
            <w:vAlign w:val="center"/>
          </w:tcPr>
          <w:p>
            <w:pPr>
              <w:spacing w:before="0" w:after="0" w:line="240" w:lineRule="exact"/>
              <w:snapToGrid w:val="0"/>
            </w:pPr>
            <w:r>
              <w:rPr>
                <w:b w:val="0"/>
                <w:sz w:val="20"/>
              </w:rPr>
              <w:t>Company name</w:t>
            </w:r>
            <w:r>
              <w:rPr>
                <w:b/>
                <w:color w:val="C00000"/>
                <w:sz w:val="20"/>
              </w:rPr>
              <w:t>*</w:t>
            </w:r>
          </w:p>
        </w:tc>
        <w:tc>
          <w:tcPr>
            <w:tcW w:type="dxa" w:w="6464"/>
            <w:tcBorders>
              <w:top w:val="single" w:sz="3" w:color="D9D9D9"/>
              <w:left w:val="single" w:sz="3" w:color="D9D9D9"/>
              <w:bottom w:val="single" w:sz="3" w:color="D9D9D9"/>
              <w:right w:val="single" w:sz="3" w:color="D9D9D9"/>
            </w:tcBorders>
            <w:tcMar>
              <w:top w:w="60" w:type="dxa"/>
              <w:bottom w:w="60" w:type="dxa"/>
              <w:left w:w="100" w:type="dxa"/>
              <w:right w:w="100" w:type="dxa"/>
            </w:tcMar>
            <w:shd w:fill="F5F6F7"/>
            <w:vAlign w:val="center"/>
          </w:tcPr>
          <w:p>
            <w:pPr>
              <w:spacing w:before="0" w:after="0" w:line="240" w:lineRule="exact"/>
              <w:snapToGrid w:val="0"/>
            </w:pPr>
            <w:sdt>
              <w:sdtPr>
                <w:alias w:val="company name"/>
                <w:tag w:val="company_name"/>
                <w:id w:val="44001"/>
                <w:text/>
              </w:sdtPr>
              <w:sdtContent>
                <w:r>
                  <w:rPr>
                    <w:color w:val="666666"/>
                    <w:sz w:val="20"/>
                  </w:rPr>
                  <w:t>Leave out Pty Ltd or the other legal suffix</w:t>
                </w:r>
              </w:sdtContent>
            </w:sdt>
          </w:p>
        </w:tc>
      </w:tr>
      <w:tr>
        <w:trPr>
          <w:trHeight w:val="338" w:hRule="atLeast"/>
          <w:cantSplit/>
        </w:trPr>
        <w:tc>
          <w:tcPr>
            <w:tcW w:type="dxa" w:w="3139"/>
            <w:tcBorders>
              <w:top w:val="single" w:sz="3" w:color="D9D9D9"/>
              <w:left w:val="single" w:sz="3" w:color="D9D9D9"/>
              <w:bottom w:val="single" w:sz="3" w:color="D9D9D9"/>
              <w:right w:val="single" w:sz="3" w:color="D9D9D9"/>
            </w:tcBorders>
            <w:tcMar>
              <w:top w:w="60" w:type="dxa"/>
              <w:bottom w:w="60" w:type="dxa"/>
              <w:left w:w="100" w:type="dxa"/>
              <w:right w:w="100" w:type="dxa"/>
            </w:tcMar>
            <w:vAlign w:val="center"/>
          </w:tcPr>
          <w:p>
            <w:pPr>
              <w:spacing w:before="0" w:after="0" w:line="240" w:lineRule="exact"/>
              <w:snapToGrid w:val="0"/>
            </w:pPr>
            <w:r>
              <w:rPr>
                <w:b w:val="0"/>
                <w:sz w:val="20"/>
              </w:rPr>
              <w:t>Legal description</w:t>
            </w:r>
            <w:r>
              <w:rPr>
                <w:b/>
                <w:color w:val="C00000"/>
                <w:sz w:val="20"/>
              </w:rPr>
              <w:t>*</w:t>
            </w:r>
          </w:p>
        </w:tc>
        <w:tc>
          <w:tcPr>
            <w:tcW w:type="dxa" w:w="6464"/>
            <w:tcBorders>
              <w:top w:val="single" w:sz="3" w:color="D9D9D9"/>
              <w:left w:val="single" w:sz="3" w:color="D9D9D9"/>
              <w:bottom w:val="single" w:sz="3" w:color="D9D9D9"/>
              <w:right w:val="single" w:sz="3" w:color="D9D9D9"/>
            </w:tcBorders>
            <w:tcMar>
              <w:top w:w="60" w:type="dxa"/>
              <w:bottom w:w="60" w:type="dxa"/>
              <w:left w:w="100" w:type="dxa"/>
              <w:right w:w="100" w:type="dxa"/>
            </w:tcMar>
            <w:shd w:fill="F5F6F7"/>
            <w:vAlign w:val="center"/>
          </w:tcPr>
          <w:p>
            <w:pPr>
              <w:spacing w:before="0" w:after="0" w:line="240" w:lineRule="exact"/>
              <w:snapToGrid w:val="0"/>
            </w:pPr>
            <w:sdt>
              <w:sdtPr>
                <w:alias w:val="company legal description"/>
                <w:tag w:val="company_legal_description"/>
                <w:id w:val="44002"/>
                <w:dropDownList>
                  <w:listItem w:displayText="Pty Ltd" w:value="Pty Ltd"/>
                  <w:listItem w:displayText="Proprietary Limited" w:value="Proprietary Limited"/>
                  <w:listItem w:displayText="Pty Limited" w:value="Pty Limited"/>
                  <w:listItem w:displayText="Pty. Ltd." w:value="Pty. Ltd."/>
                  <w:listItem w:displayText="Proprietary Ltd" w:value="Proprietary Ltd"/>
                  <w:listItem w:displayText="PTY. LTD." w:value="PTY. LTD."/>
                  <w:listItem w:displayText="PROPRIETARY LIMITED" w:value="PROPRIETARY LIMITED"/>
                  <w:listItem w:displayText="PTY LIMITED" w:value="PTY LIMITED"/>
                  <w:listItem w:displayText="PTY LTD" w:value="PTY LTD"/>
                  <w:listItem w:displayText="PROPRIETARY LTD" w:value="PROPRIETARY LTD"/>
                </w:dropDownList>
              </w:sdtPr>
              <w:sdtContent>
                <w:r>
                  <w:rPr>
                    <w:color w:val="666666"/>
                    <w:sz w:val="20"/>
                  </w:rPr>
                  <w:t>Pty Ltd</w:t>
                </w:r>
              </w:sdtContent>
            </w:sdt>
          </w:p>
        </w:tc>
      </w:tr>
      <w:tr>
        <w:trPr>
          <w:trHeight w:val="338" w:hRule="atLeast"/>
          <w:cantSplit/>
        </w:trPr>
        <w:tc>
          <w:tcPr>
            <w:tcW w:type="dxa" w:w="3139"/>
            <w:tcBorders>
              <w:top w:val="single" w:sz="3" w:color="D9D9D9"/>
              <w:left w:val="single" w:sz="3" w:color="D9D9D9"/>
              <w:bottom w:val="single" w:sz="3" w:color="D9D9D9"/>
              <w:right w:val="single" w:sz="3" w:color="D9D9D9"/>
            </w:tcBorders>
            <w:tcMar>
              <w:top w:w="60" w:type="dxa"/>
              <w:bottom w:w="60" w:type="dxa"/>
              <w:left w:w="100" w:type="dxa"/>
              <w:right w:w="100" w:type="dxa"/>
            </w:tcMar>
            <w:vAlign w:val="center"/>
          </w:tcPr>
          <w:p>
            <w:pPr>
              <w:spacing w:before="0" w:after="0" w:line="240" w:lineRule="exact"/>
              <w:snapToGrid w:val="0"/>
            </w:pPr>
            <w:r>
              <w:rPr>
                <w:b w:val="0"/>
                <w:sz w:val="20"/>
              </w:rPr>
              <w:t>Company ACN</w:t>
            </w:r>
            <w:r>
              <w:rPr>
                <w:b/>
                <w:color w:val="C00000"/>
                <w:sz w:val="20"/>
              </w:rPr>
              <w:t>*</w:t>
            </w:r>
          </w:p>
        </w:tc>
        <w:tc>
          <w:tcPr>
            <w:tcW w:type="dxa" w:w="6464"/>
            <w:tcBorders>
              <w:top w:val="single" w:sz="3" w:color="D9D9D9"/>
              <w:left w:val="single" w:sz="3" w:color="D9D9D9"/>
              <w:bottom w:val="single" w:sz="3" w:color="D9D9D9"/>
              <w:right w:val="single" w:sz="3" w:color="D9D9D9"/>
            </w:tcBorders>
            <w:tcMar>
              <w:top w:w="60" w:type="dxa"/>
              <w:bottom w:w="60" w:type="dxa"/>
              <w:left w:w="100" w:type="dxa"/>
              <w:right w:w="100" w:type="dxa"/>
            </w:tcMar>
            <w:shd w:fill="F5F6F7"/>
            <w:vAlign w:val="center"/>
          </w:tcPr>
          <w:p>
            <w:pPr>
              <w:spacing w:before="0" w:after="0" w:line="240" w:lineRule="exact"/>
              <w:snapToGrid w:val="0"/>
            </w:pPr>
            <w:sdt>
              <w:sdtPr>
                <w:alias w:val="company acn"/>
                <w:tag w:val="company_acn"/>
                <w:id w:val="44003"/>
                <w:text/>
                <w:showingPlcHdr/>
              </w:sdtPr>
              <w:sdtContent>
                <w:r>
                  <w:rPr>
                    <w:color w:val="666666"/>
                    <w:sz w:val="20"/>
                  </w:rPr>
                  <w:t>Click or tap here to enter text</w:t>
                </w:r>
              </w:sdtContent>
            </w:sdt>
          </w:p>
        </w:tc>
      </w:tr>
      <w:tr>
        <w:trPr>
          <w:trHeight w:val="338" w:hRule="atLeast"/>
          <w:cantSplit/>
        </w:trPr>
        <w:tc>
          <w:tcPr>
            <w:tcW w:type="dxa" w:w="3139"/>
            <w:tcBorders>
              <w:top w:val="single" w:sz="3" w:color="D9D9D9"/>
              <w:left w:val="single" w:sz="3" w:color="D9D9D9"/>
              <w:bottom w:val="single" w:sz="3" w:color="D9D9D9"/>
              <w:right w:val="single" w:sz="3" w:color="D9D9D9"/>
            </w:tcBorders>
            <w:tcMar>
              <w:top w:w="60" w:type="dxa"/>
              <w:bottom w:w="60" w:type="dxa"/>
              <w:left w:w="100" w:type="dxa"/>
              <w:right w:w="100" w:type="dxa"/>
            </w:tcMar>
            <w:vAlign w:val="center"/>
          </w:tcPr>
          <w:p>
            <w:pPr>
              <w:spacing w:before="0" w:after="0" w:line="240" w:lineRule="exact"/>
              <w:snapToGrid w:val="0"/>
            </w:pPr>
            <w:r>
              <w:rPr>
                <w:b w:val="0"/>
                <w:sz w:val="20"/>
              </w:rPr>
              <w:t>Street No and Name</w:t>
            </w:r>
            <w:r>
              <w:rPr>
                <w:b/>
                <w:color w:val="C00000"/>
                <w:sz w:val="20"/>
              </w:rPr>
              <w:t>*</w:t>
            </w:r>
          </w:p>
        </w:tc>
        <w:tc>
          <w:tcPr>
            <w:tcW w:type="dxa" w:w="6464"/>
            <w:tcBorders>
              <w:top w:val="single" w:sz="3" w:color="D9D9D9"/>
              <w:left w:val="single" w:sz="3" w:color="D9D9D9"/>
              <w:bottom w:val="single" w:sz="3" w:color="D9D9D9"/>
              <w:right w:val="single" w:sz="3" w:color="D9D9D9"/>
            </w:tcBorders>
            <w:tcMar>
              <w:top w:w="60" w:type="dxa"/>
              <w:bottom w:w="60" w:type="dxa"/>
              <w:left w:w="100" w:type="dxa"/>
              <w:right w:w="100" w:type="dxa"/>
            </w:tcMar>
            <w:shd w:fill="F5F6F7"/>
            <w:vAlign w:val="center"/>
          </w:tcPr>
          <w:p>
            <w:pPr>
              <w:spacing w:before="0" w:after="0" w:line="240" w:lineRule="exact"/>
              <w:snapToGrid w:val="0"/>
            </w:pPr>
            <w:sdt>
              <w:sdtPr>
                <w:alias w:val="business street"/>
                <w:tag w:val="business_street"/>
                <w:id w:val="44004"/>
                <w:text/>
                <w:showingPlcHdr/>
              </w:sdtPr>
              <w:sdtContent>
                <w:r>
                  <w:rPr>
                    <w:color w:val="666666"/>
                    <w:sz w:val="20"/>
                  </w:rPr>
                  <w:t>Click or tap here to enter text</w:t>
                </w:r>
              </w:sdtContent>
            </w:sdt>
          </w:p>
        </w:tc>
      </w:tr>
      <w:tr>
        <w:trPr>
          <w:trHeight w:val="338" w:hRule="atLeast"/>
          <w:cantSplit/>
        </w:trPr>
        <w:tc>
          <w:tcPr>
            <w:tcW w:type="dxa" w:w="3139"/>
            <w:tcBorders>
              <w:top w:val="single" w:sz="3" w:color="D9D9D9"/>
              <w:left w:val="single" w:sz="3" w:color="D9D9D9"/>
              <w:bottom w:val="single" w:sz="3" w:color="D9D9D9"/>
              <w:right w:val="single" w:sz="3" w:color="D9D9D9"/>
            </w:tcBorders>
            <w:tcMar>
              <w:top w:w="60" w:type="dxa"/>
              <w:bottom w:w="60" w:type="dxa"/>
              <w:left w:w="100" w:type="dxa"/>
              <w:right w:w="100" w:type="dxa"/>
            </w:tcMar>
            <w:vAlign w:val="center"/>
          </w:tcPr>
          <w:p>
            <w:pPr>
              <w:spacing w:before="0" w:after="0" w:line="240" w:lineRule="exact"/>
              <w:snapToGrid w:val="0"/>
            </w:pPr>
            <w:r>
              <w:rPr>
                <w:b w:val="0"/>
                <w:sz w:val="20"/>
              </w:rPr>
              <w:t>Suburb or City</w:t>
            </w:r>
            <w:r>
              <w:rPr>
                <w:b/>
                <w:color w:val="C00000"/>
                <w:sz w:val="20"/>
              </w:rPr>
              <w:t>*</w:t>
            </w:r>
          </w:p>
        </w:tc>
        <w:tc>
          <w:tcPr>
            <w:tcW w:type="dxa" w:w="6464"/>
            <w:tcBorders>
              <w:top w:val="single" w:sz="3" w:color="D9D9D9"/>
              <w:left w:val="single" w:sz="3" w:color="D9D9D9"/>
              <w:bottom w:val="single" w:sz="3" w:color="D9D9D9"/>
              <w:right w:val="single" w:sz="3" w:color="D9D9D9"/>
            </w:tcBorders>
            <w:tcMar>
              <w:top w:w="60" w:type="dxa"/>
              <w:bottom w:w="60" w:type="dxa"/>
              <w:left w:w="100" w:type="dxa"/>
              <w:right w:w="100" w:type="dxa"/>
            </w:tcMar>
            <w:shd w:fill="F5F6F7"/>
            <w:vAlign w:val="center"/>
          </w:tcPr>
          <w:p>
            <w:pPr>
              <w:spacing w:before="0" w:after="0" w:line="240" w:lineRule="exact"/>
              <w:snapToGrid w:val="0"/>
            </w:pPr>
            <w:sdt>
              <w:sdtPr>
                <w:alias w:val="business suburb"/>
                <w:tag w:val="business_suburb"/>
                <w:id w:val="44005"/>
                <w:text/>
                <w:showingPlcHdr/>
              </w:sdtPr>
              <w:sdtContent>
                <w:r>
                  <w:rPr>
                    <w:color w:val="666666"/>
                    <w:sz w:val="20"/>
                  </w:rPr>
                  <w:t>Click or tap here to enter text</w:t>
                </w:r>
              </w:sdtContent>
            </w:sdt>
          </w:p>
        </w:tc>
      </w:tr>
      <w:tr>
        <w:trPr>
          <w:trHeight w:val="338" w:hRule="atLeast"/>
          <w:cantSplit/>
        </w:trPr>
        <w:tc>
          <w:tcPr>
            <w:tcW w:type="dxa" w:w="3139"/>
            <w:tcBorders>
              <w:top w:val="single" w:sz="3" w:color="D9D9D9"/>
              <w:left w:val="single" w:sz="3" w:color="D9D9D9"/>
              <w:bottom w:val="single" w:sz="3" w:color="D9D9D9"/>
              <w:right w:val="single" w:sz="3" w:color="D9D9D9"/>
            </w:tcBorders>
            <w:tcMar>
              <w:top w:w="60" w:type="dxa"/>
              <w:bottom w:w="60" w:type="dxa"/>
              <w:left w:w="100" w:type="dxa"/>
              <w:right w:w="100" w:type="dxa"/>
            </w:tcMar>
            <w:vAlign w:val="center"/>
          </w:tcPr>
          <w:p>
            <w:pPr>
              <w:spacing w:before="0" w:after="0" w:line="240" w:lineRule="exact"/>
              <w:snapToGrid w:val="0"/>
            </w:pPr>
            <w:r>
              <w:rPr>
                <w:b w:val="0"/>
                <w:sz w:val="20"/>
              </w:rPr>
              <w:t>State</w:t>
            </w:r>
            <w:r>
              <w:rPr>
                <w:b/>
                <w:color w:val="C00000"/>
                <w:sz w:val="20"/>
              </w:rPr>
              <w:t>*</w:t>
            </w:r>
          </w:p>
        </w:tc>
        <w:tc>
          <w:tcPr>
            <w:tcW w:type="dxa" w:w="6464"/>
            <w:tcBorders>
              <w:top w:val="single" w:sz="3" w:color="D9D9D9"/>
              <w:left w:val="single" w:sz="3" w:color="D9D9D9"/>
              <w:bottom w:val="single" w:sz="3" w:color="D9D9D9"/>
              <w:right w:val="single" w:sz="3" w:color="D9D9D9"/>
            </w:tcBorders>
            <w:tcMar>
              <w:top w:w="60" w:type="dxa"/>
              <w:bottom w:w="60" w:type="dxa"/>
              <w:left w:w="100" w:type="dxa"/>
              <w:right w:w="100" w:type="dxa"/>
            </w:tcMar>
            <w:shd w:fill="F5F6F7"/>
            <w:vAlign w:val="center"/>
          </w:tcPr>
          <w:p>
            <w:pPr>
              <w:spacing w:before="0" w:after="0" w:line="240" w:lineRule="exact"/>
              <w:snapToGrid w:val="0"/>
            </w:pPr>
            <w:sdt>
              <w:sdtPr>
                <w:alias w:val="business state"/>
                <w:tag w:val="business_state"/>
                <w:id w:val="44006"/>
                <w:text/>
                <w:showingPlcHdr/>
              </w:sdtPr>
              <w:sdtContent>
                <w:r>
                  <w:rPr>
                    <w:color w:val="666666"/>
                    <w:sz w:val="20"/>
                  </w:rPr>
                  <w:t>Click or tap here to enter text</w:t>
                </w:r>
              </w:sdtContent>
            </w:sdt>
          </w:p>
        </w:tc>
      </w:tr>
      <w:tr>
        <w:trPr>
          <w:trHeight w:val="338" w:hRule="atLeast"/>
          <w:cantSplit/>
        </w:trPr>
        <w:tc>
          <w:tcPr>
            <w:tcW w:type="dxa" w:w="3139"/>
            <w:tcBorders>
              <w:top w:val="single" w:sz="3" w:color="D9D9D9"/>
              <w:left w:val="single" w:sz="3" w:color="D9D9D9"/>
              <w:bottom w:val="single" w:sz="3" w:color="D9D9D9"/>
              <w:right w:val="single" w:sz="3" w:color="D9D9D9"/>
            </w:tcBorders>
            <w:tcMar>
              <w:top w:w="60" w:type="dxa"/>
              <w:bottom w:w="60" w:type="dxa"/>
              <w:left w:w="100" w:type="dxa"/>
              <w:right w:w="100" w:type="dxa"/>
            </w:tcMar>
            <w:vAlign w:val="center"/>
          </w:tcPr>
          <w:p>
            <w:pPr>
              <w:spacing w:before="0" w:after="0" w:line="240" w:lineRule="exact"/>
              <w:snapToGrid w:val="0"/>
            </w:pPr>
            <w:r>
              <w:rPr>
                <w:b w:val="0"/>
                <w:sz w:val="20"/>
              </w:rPr>
              <w:t>Postcode</w:t>
            </w:r>
            <w:r>
              <w:rPr>
                <w:b/>
                <w:color w:val="C00000"/>
                <w:sz w:val="20"/>
              </w:rPr>
              <w:t>*</w:t>
            </w:r>
          </w:p>
        </w:tc>
        <w:tc>
          <w:tcPr>
            <w:tcW w:type="dxa" w:w="6464"/>
            <w:tcBorders>
              <w:top w:val="single" w:sz="3" w:color="D9D9D9"/>
              <w:left w:val="single" w:sz="3" w:color="D9D9D9"/>
              <w:bottom w:val="single" w:sz="3" w:color="D9D9D9"/>
              <w:right w:val="single" w:sz="3" w:color="D9D9D9"/>
            </w:tcBorders>
            <w:tcMar>
              <w:top w:w="60" w:type="dxa"/>
              <w:bottom w:w="60" w:type="dxa"/>
              <w:left w:w="100" w:type="dxa"/>
              <w:right w:w="100" w:type="dxa"/>
            </w:tcMar>
            <w:shd w:fill="F5F6F7"/>
            <w:vAlign w:val="center"/>
          </w:tcPr>
          <w:p>
            <w:pPr>
              <w:spacing w:before="0" w:after="0" w:line="240" w:lineRule="exact"/>
              <w:snapToGrid w:val="0"/>
            </w:pPr>
            <w:sdt>
              <w:sdtPr>
                <w:alias w:val="business postcode"/>
                <w:tag w:val="business_postcode"/>
                <w:id w:val="44007"/>
                <w:text/>
                <w:showingPlcHdr/>
              </w:sdtPr>
              <w:sdtContent>
                <w:r>
                  <w:rPr>
                    <w:color w:val="666666"/>
                    <w:sz w:val="20"/>
                  </w:rPr>
                  <w:t>Click or tap here to enter text</w:t>
                </w:r>
              </w:sdtContent>
            </w:sdt>
          </w:p>
        </w:tc>
      </w:tr>
      <w:tr>
        <w:trPr>
          <w:trHeight w:val="338" w:hRule="atLeast"/>
          <w:cantSplit/>
        </w:trPr>
        <w:tc>
          <w:tcPr>
            <w:tcW w:type="dxa" w:w="3139"/>
            <w:tcBorders>
              <w:top w:val="single" w:sz="3" w:color="D9D9D9"/>
              <w:left w:val="single" w:sz="3" w:color="D9D9D9"/>
              <w:bottom w:val="single" w:sz="3" w:color="D9D9D9"/>
              <w:right w:val="single" w:sz="3" w:color="D9D9D9"/>
            </w:tcBorders>
            <w:tcMar>
              <w:top w:w="60" w:type="dxa"/>
              <w:bottom w:w="60" w:type="dxa"/>
              <w:left w:w="100" w:type="dxa"/>
              <w:right w:w="100" w:type="dxa"/>
            </w:tcMar>
            <w:vAlign w:val="center"/>
          </w:tcPr>
          <w:p>
            <w:pPr>
              <w:spacing w:before="0" w:after="0" w:line="240" w:lineRule="exact"/>
              <w:snapToGrid w:val="0"/>
            </w:pPr>
            <w:r>
              <w:rPr>
                <w:b w:val="0"/>
                <w:sz w:val="20"/>
              </w:rPr>
              <w:t>Country</w:t>
            </w:r>
            <w:r>
              <w:rPr>
                <w:b/>
                <w:color w:val="C00000"/>
                <w:sz w:val="20"/>
              </w:rPr>
              <w:t>*</w:t>
            </w:r>
          </w:p>
        </w:tc>
        <w:tc>
          <w:tcPr>
            <w:tcW w:type="dxa" w:w="6464"/>
            <w:tcBorders>
              <w:top w:val="single" w:sz="3" w:color="D9D9D9"/>
              <w:left w:val="single" w:sz="3" w:color="D9D9D9"/>
              <w:bottom w:val="single" w:sz="3" w:color="D9D9D9"/>
              <w:right w:val="single" w:sz="3" w:color="D9D9D9"/>
            </w:tcBorders>
            <w:tcMar>
              <w:top w:w="60" w:type="dxa"/>
              <w:bottom w:w="60" w:type="dxa"/>
              <w:left w:w="100" w:type="dxa"/>
              <w:right w:w="100" w:type="dxa"/>
            </w:tcMar>
            <w:shd w:fill="F5F6F7"/>
            <w:vAlign w:val="center"/>
          </w:tcPr>
          <w:p>
            <w:pPr>
              <w:spacing w:before="0" w:after="0" w:line="240" w:lineRule="exact"/>
              <w:snapToGrid w:val="0"/>
            </w:pPr>
            <w:sdt>
              <w:sdtPr>
                <w:alias w:val="business country"/>
                <w:tag w:val="business_country"/>
                <w:id w:val="44008"/>
                <w:text/>
                <w:showingPlcHdr/>
              </w:sdtPr>
              <w:sdtContent>
                <w:r>
                  <w:rPr>
                    <w:color w:val="666666"/>
                    <w:sz w:val="20"/>
                  </w:rPr>
                  <w:t>Click or tap here to enter text</w:t>
                </w:r>
              </w:sdtContent>
            </w:sdt>
          </w:p>
        </w:tc>
      </w:tr>
    </w:tbl>
    <w:p>
      <w:pPr>
        <w:spacing w:after="20" w:before="0" w:line="20" w:lineRule="exact"/>
      </w:pPr>
      <w:r>
        <w:rPr>
          <w:sz w:val="2"/>
        </w:rPr>
        <w:t xml:space="preserve"> </w:t>
      </w:r>
    </w:p>
    <w:p>
      <w:pPr>
        <w:spacing w:after="120" w:before="0"/>
      </w:pPr>
      <w:r>
        <w:rPr>
          <w:b w:val="0"/>
          <w:sz w:val="21"/>
        </w:rPr>
        <w:t>Is the company ONLY used as trustee of a Self-Managed Super Fund?</w:t>
      </w:r>
      <w:r>
        <w:rPr>
          <w:b/>
          <w:color w:val="C00000"/>
          <w:sz w:val="21"/>
        </w:rPr>
        <w:t>*</w:t>
      </w:r>
      <w:r>
        <w:t xml:space="preserve">  </w:t>
      </w:r>
      <w:sdt>
        <w:sdtPr>
          <w:alias w:val="Yes"/>
          <w:tag w:val="special_purpose_1"/>
          <w:id w:val="44009"/>
          <w14:checkbox>
            <w14:checked w14:val="0"/>
            <w14:checkedState w14:val="2612" w14:font="DejaVu Sans"/>
            <w14:uncheckedState w14:val="2610" w14:font="DejaVu Sans"/>
          </w14:checkbox>
        </w:sdtPr>
        <w:sdtContent>
          <w:r>
            <w:rPr>
              <w:rFonts w:ascii="DejaVu Sans" w:hAnsi="DejaVu Sans"/>
            </w:rPr>
            <w:t>☐</w:t>
          </w:r>
        </w:sdtContent>
      </w:sdt>
      <w:r>
        <w:rPr>
          <w:b w:val="0"/>
        </w:rPr>
        <w:t xml:space="preserve"> Yes    </w:t>
      </w:r>
      <w:sdt>
        <w:sdtPr>
          <w:alias w:val="No"/>
          <w:tag w:val="special_purpose_2"/>
          <w:id w:val="44010"/>
          <w14:checkbox>
            <w14:checked w14:val="0"/>
            <w14:checkedState w14:val="2612" w14:font="DejaVu Sans"/>
            <w14:uncheckedState w14:val="2610" w14:font="DejaVu Sans"/>
          </w14:checkbox>
        </w:sdtPr>
        <w:sdtContent>
          <w:r>
            <w:rPr>
              <w:rFonts w:ascii="DejaVu Sans" w:hAnsi="DejaVu Sans"/>
            </w:rPr>
            <w:t>☐</w:t>
          </w:r>
        </w:sdtContent>
      </w:sdt>
      <w:r>
        <w:rPr>
          <w:b w:val="0"/>
        </w:rPr>
        <w:t xml:space="preserve"> No    </w:t>
      </w:r>
    </w:p>
    <w:p>
      <w:pPr>
        <w:spacing w:after="80" w:before="0"/>
      </w:pPr>
      <w:r>
        <w:rPr>
          <w:b w:val="0"/>
          <w:sz w:val="18"/>
        </w:rPr>
        <w:t>Yes selects the Special Purpose Company option. Select No for an ordinary company.</w:t>
      </w:r>
    </w:p>
    <w:p>
      <w:pPr>
        <w:sectPr>
          <w:headerReference w:type="first" r:id="rId9"/>
          <w:headerReference w:type="default" r:id="rId14"/>
          <w:footerReference w:type="default" r:id="rId18"/>
          <w:footerReference w:type="first" r:id="rId10"/>
          <w:type w:val="nextPage"/>
          <w:pgSz w:w="11907" w:h="16840"/>
          <w:pgMar w:top="1843" w:right="1152" w:bottom="907" w:left="1152" w:header="346" w:footer="403" w:gutter="0"/>
          <w:cols w:space="720"/>
          <w:titlePg/>
          <w:docGrid w:linePitch="360"/>
        </w:sectPr>
      </w:pPr>
    </w:p>
    <w:p>
      <w:pPr>
        <w:pStyle w:val="Heading1"/>
        <w:keepNext/>
      </w:pPr>
      <w:r>
        <w:t>2 Directors</w:t>
      </w:r>
    </w:p>
    <w:p>
      <w:pPr>
        <w:spacing w:after="80" w:before="0"/>
      </w:pPr>
      <w:r>
        <w:rPr>
          <w:b w:val="0"/>
          <w:sz w:val="18"/>
        </w:rPr>
        <w:t>Complete this section for each director, up to 10. Copy it for additional directors.</w:t>
      </w:r>
    </w:p>
    <w:tbl>
      <w:tblPr>
        <w:tblW w:type="auto" w:w="0"/>
        <w:jc w:val="center"/>
        <w:tblLayout w:type="fixed"/>
        <w:tblLook w:firstColumn="1" w:firstRow="1" w:lastColumn="0" w:lastRow="0" w:noHBand="0" w:noVBand="1" w:val="04A0"/>
      </w:tblPr>
      <w:tblGrid>
        <w:gridCol w:w="3139"/>
        <w:gridCol w:w="6464"/>
      </w:tblGrid>
      <w:tr>
        <w:trPr>
          <w:trHeight w:val="338" w:hRule="atLeast"/>
          <w:cantSplit/>
        </w:trPr>
        <w:tc>
          <w:tcPr>
            <w:tcW w:type="dxa" w:w="3139"/>
            <w:tcBorders>
              <w:top w:val="single" w:sz="3" w:color="D9D9D9"/>
              <w:left w:val="single" w:sz="3" w:color="D9D9D9"/>
              <w:bottom w:val="single" w:sz="3" w:color="D9D9D9"/>
              <w:right w:val="single" w:sz="3" w:color="D9D9D9"/>
            </w:tcBorders>
            <w:tcMar>
              <w:top w:w="60" w:type="dxa"/>
              <w:bottom w:w="60" w:type="dxa"/>
              <w:left w:w="100" w:type="dxa"/>
              <w:right w:w="100" w:type="dxa"/>
            </w:tcMar>
            <w:vAlign w:val="center"/>
          </w:tcPr>
          <w:p>
            <w:pPr>
              <w:spacing w:before="0" w:after="0" w:line="240" w:lineRule="exact"/>
              <w:snapToGrid w:val="0"/>
            </w:pPr>
            <w:r>
              <w:rPr>
                <w:b w:val="0"/>
                <w:sz w:val="20"/>
              </w:rPr>
              <w:t>First name</w:t>
            </w:r>
            <w:r>
              <w:rPr>
                <w:b/>
                <w:color w:val="C00000"/>
                <w:sz w:val="20"/>
              </w:rPr>
              <w:t>*</w:t>
            </w:r>
          </w:p>
        </w:tc>
        <w:tc>
          <w:tcPr>
            <w:tcW w:type="dxa" w:w="6464"/>
            <w:tcBorders>
              <w:top w:val="single" w:sz="3" w:color="D9D9D9"/>
              <w:left w:val="single" w:sz="3" w:color="D9D9D9"/>
              <w:bottom w:val="single" w:sz="3" w:color="D9D9D9"/>
              <w:right w:val="single" w:sz="3" w:color="D9D9D9"/>
            </w:tcBorders>
            <w:tcMar>
              <w:top w:w="60" w:type="dxa"/>
              <w:bottom w:w="60" w:type="dxa"/>
              <w:left w:w="100" w:type="dxa"/>
              <w:right w:w="100" w:type="dxa"/>
            </w:tcMar>
            <w:shd w:fill="F5F6F7"/>
            <w:vAlign w:val="center"/>
          </w:tcPr>
          <w:p>
            <w:pPr>
              <w:spacing w:before="0" w:after="0" w:line="240" w:lineRule="exact"/>
              <w:snapToGrid w:val="0"/>
            </w:pPr>
            <w:sdt>
              <w:sdtPr>
                <w:alias w:val="director first name"/>
                <w:tag w:val="director_first_name"/>
                <w:id w:val="44011"/>
                <w:text/>
                <w:showingPlcHdr/>
              </w:sdtPr>
              <w:sdtContent>
                <w:r>
                  <w:rPr>
                    <w:color w:val="666666"/>
                    <w:sz w:val="20"/>
                  </w:rPr>
                  <w:t>Click or tap here to enter text</w:t>
                </w:r>
              </w:sdtContent>
            </w:sdt>
          </w:p>
        </w:tc>
      </w:tr>
      <w:tr>
        <w:trPr>
          <w:trHeight w:val="338" w:hRule="atLeast"/>
          <w:cantSplit/>
        </w:trPr>
        <w:tc>
          <w:tcPr>
            <w:tcW w:type="dxa" w:w="3139"/>
            <w:tcBorders>
              <w:top w:val="single" w:sz="3" w:color="D9D9D9"/>
              <w:left w:val="single" w:sz="3" w:color="D9D9D9"/>
              <w:bottom w:val="single" w:sz="3" w:color="D9D9D9"/>
              <w:right w:val="single" w:sz="3" w:color="D9D9D9"/>
            </w:tcBorders>
            <w:tcMar>
              <w:top w:w="60" w:type="dxa"/>
              <w:bottom w:w="60" w:type="dxa"/>
              <w:left w:w="100" w:type="dxa"/>
              <w:right w:w="100" w:type="dxa"/>
            </w:tcMar>
            <w:vAlign w:val="center"/>
          </w:tcPr>
          <w:p>
            <w:pPr>
              <w:spacing w:before="0" w:after="0" w:line="240" w:lineRule="exact"/>
              <w:snapToGrid w:val="0"/>
            </w:pPr>
            <w:r>
              <w:rPr>
                <w:b w:val="0"/>
                <w:sz w:val="20"/>
              </w:rPr>
              <w:t>Middle name</w:t>
            </w:r>
          </w:p>
        </w:tc>
        <w:tc>
          <w:tcPr>
            <w:tcW w:type="dxa" w:w="6464"/>
            <w:tcBorders>
              <w:top w:val="single" w:sz="3" w:color="D9D9D9"/>
              <w:left w:val="single" w:sz="3" w:color="D9D9D9"/>
              <w:bottom w:val="single" w:sz="3" w:color="D9D9D9"/>
              <w:right w:val="single" w:sz="3" w:color="D9D9D9"/>
            </w:tcBorders>
            <w:tcMar>
              <w:top w:w="60" w:type="dxa"/>
              <w:bottom w:w="60" w:type="dxa"/>
              <w:left w:w="100" w:type="dxa"/>
              <w:right w:w="100" w:type="dxa"/>
            </w:tcMar>
            <w:shd w:fill="F5F6F7"/>
            <w:vAlign w:val="center"/>
          </w:tcPr>
          <w:p>
            <w:pPr>
              <w:spacing w:before="0" w:after="0" w:line="240" w:lineRule="exact"/>
              <w:snapToGrid w:val="0"/>
            </w:pPr>
            <w:sdt>
              <w:sdtPr>
                <w:alias w:val="director middle name"/>
                <w:tag w:val="director_middle_name"/>
                <w:id w:val="44012"/>
                <w:text/>
                <w:showingPlcHdr/>
              </w:sdtPr>
              <w:sdtContent>
                <w:r>
                  <w:rPr>
                    <w:color w:val="666666"/>
                    <w:sz w:val="20"/>
                  </w:rPr>
                  <w:t>Click or tap here to enter text</w:t>
                </w:r>
              </w:sdtContent>
            </w:sdt>
          </w:p>
        </w:tc>
      </w:tr>
      <w:tr>
        <w:trPr>
          <w:trHeight w:val="338" w:hRule="atLeast"/>
          <w:cantSplit/>
        </w:trPr>
        <w:tc>
          <w:tcPr>
            <w:tcW w:type="dxa" w:w="3139"/>
            <w:tcBorders>
              <w:top w:val="single" w:sz="3" w:color="D9D9D9"/>
              <w:left w:val="single" w:sz="3" w:color="D9D9D9"/>
              <w:bottom w:val="single" w:sz="3" w:color="D9D9D9"/>
              <w:right w:val="single" w:sz="3" w:color="D9D9D9"/>
            </w:tcBorders>
            <w:tcMar>
              <w:top w:w="60" w:type="dxa"/>
              <w:bottom w:w="60" w:type="dxa"/>
              <w:left w:w="100" w:type="dxa"/>
              <w:right w:w="100" w:type="dxa"/>
            </w:tcMar>
            <w:vAlign w:val="center"/>
          </w:tcPr>
          <w:p>
            <w:pPr>
              <w:spacing w:before="0" w:after="0" w:line="240" w:lineRule="exact"/>
              <w:snapToGrid w:val="0"/>
            </w:pPr>
            <w:r>
              <w:rPr>
                <w:b w:val="0"/>
                <w:sz w:val="20"/>
              </w:rPr>
              <w:t>Last name</w:t>
            </w:r>
            <w:r>
              <w:rPr>
                <w:b/>
                <w:color w:val="C00000"/>
                <w:sz w:val="20"/>
              </w:rPr>
              <w:t>*</w:t>
            </w:r>
          </w:p>
        </w:tc>
        <w:tc>
          <w:tcPr>
            <w:tcW w:type="dxa" w:w="6464"/>
            <w:tcBorders>
              <w:top w:val="single" w:sz="3" w:color="D9D9D9"/>
              <w:left w:val="single" w:sz="3" w:color="D9D9D9"/>
              <w:bottom w:val="single" w:sz="3" w:color="D9D9D9"/>
              <w:right w:val="single" w:sz="3" w:color="D9D9D9"/>
            </w:tcBorders>
            <w:tcMar>
              <w:top w:w="60" w:type="dxa"/>
              <w:bottom w:w="60" w:type="dxa"/>
              <w:left w:w="100" w:type="dxa"/>
              <w:right w:w="100" w:type="dxa"/>
            </w:tcMar>
            <w:shd w:fill="F5F6F7"/>
            <w:vAlign w:val="center"/>
          </w:tcPr>
          <w:p>
            <w:pPr>
              <w:spacing w:before="0" w:after="0" w:line="240" w:lineRule="exact"/>
              <w:snapToGrid w:val="0"/>
            </w:pPr>
            <w:sdt>
              <w:sdtPr>
                <w:alias w:val="director last name"/>
                <w:tag w:val="director_last_name"/>
                <w:id w:val="44013"/>
                <w:text/>
                <w:showingPlcHdr/>
              </w:sdtPr>
              <w:sdtContent>
                <w:r>
                  <w:rPr>
                    <w:color w:val="666666"/>
                    <w:sz w:val="20"/>
                  </w:rPr>
                  <w:t>Click or tap here to enter text</w:t>
                </w:r>
              </w:sdtContent>
            </w:sdt>
          </w:p>
        </w:tc>
      </w:tr>
      <w:tr>
        <w:trPr>
          <w:trHeight w:val="338" w:hRule="atLeast"/>
          <w:cantSplit/>
        </w:trPr>
        <w:tc>
          <w:tcPr>
            <w:tcW w:type="dxa" w:w="3139"/>
            <w:tcBorders>
              <w:top w:val="single" w:sz="3" w:color="D9D9D9"/>
              <w:left w:val="single" w:sz="3" w:color="D9D9D9"/>
              <w:bottom w:val="single" w:sz="3" w:color="D9D9D9"/>
              <w:right w:val="single" w:sz="3" w:color="D9D9D9"/>
            </w:tcBorders>
            <w:tcMar>
              <w:top w:w="60" w:type="dxa"/>
              <w:bottom w:w="60" w:type="dxa"/>
              <w:left w:w="100" w:type="dxa"/>
              <w:right w:w="100" w:type="dxa"/>
            </w:tcMar>
            <w:vAlign w:val="center"/>
          </w:tcPr>
          <w:p>
            <w:pPr>
              <w:spacing w:before="0" w:after="0" w:line="240" w:lineRule="exact"/>
              <w:snapToGrid w:val="0"/>
            </w:pPr>
            <w:r>
              <w:rPr>
                <w:b w:val="0"/>
                <w:sz w:val="20"/>
              </w:rPr>
              <w:t>Unit / Floor / Level</w:t>
            </w:r>
          </w:p>
        </w:tc>
        <w:tc>
          <w:tcPr>
            <w:tcW w:type="dxa" w:w="6464"/>
            <w:tcBorders>
              <w:top w:val="single" w:sz="3" w:color="D9D9D9"/>
              <w:left w:val="single" w:sz="3" w:color="D9D9D9"/>
              <w:bottom w:val="single" w:sz="3" w:color="D9D9D9"/>
              <w:right w:val="single" w:sz="3" w:color="D9D9D9"/>
            </w:tcBorders>
            <w:tcMar>
              <w:top w:w="60" w:type="dxa"/>
              <w:bottom w:w="60" w:type="dxa"/>
              <w:left w:w="100" w:type="dxa"/>
              <w:right w:w="100" w:type="dxa"/>
            </w:tcMar>
            <w:shd w:fill="F5F6F7"/>
            <w:vAlign w:val="center"/>
          </w:tcPr>
          <w:p>
            <w:pPr>
              <w:spacing w:before="0" w:after="0" w:line="240" w:lineRule="exact"/>
              <w:snapToGrid w:val="0"/>
            </w:pPr>
            <w:sdt>
              <w:sdtPr>
                <w:alias w:val="director unit"/>
                <w:tag w:val="director_unit"/>
                <w:id w:val="44014"/>
                <w:text/>
                <w:showingPlcHdr/>
              </w:sdtPr>
              <w:sdtContent>
                <w:r>
                  <w:rPr>
                    <w:color w:val="666666"/>
                    <w:sz w:val="20"/>
                  </w:rPr>
                  <w:t>Click or tap here to enter text</w:t>
                </w:r>
              </w:sdtContent>
            </w:sdt>
          </w:p>
        </w:tc>
      </w:tr>
      <w:tr>
        <w:trPr>
          <w:trHeight w:val="338" w:hRule="atLeast"/>
          <w:cantSplit/>
        </w:trPr>
        <w:tc>
          <w:tcPr>
            <w:tcW w:type="dxa" w:w="3139"/>
            <w:tcBorders>
              <w:top w:val="single" w:sz="3" w:color="D9D9D9"/>
              <w:left w:val="single" w:sz="3" w:color="D9D9D9"/>
              <w:bottom w:val="single" w:sz="3" w:color="D9D9D9"/>
              <w:right w:val="single" w:sz="3" w:color="D9D9D9"/>
            </w:tcBorders>
            <w:tcMar>
              <w:top w:w="60" w:type="dxa"/>
              <w:bottom w:w="60" w:type="dxa"/>
              <w:left w:w="100" w:type="dxa"/>
              <w:right w:w="100" w:type="dxa"/>
            </w:tcMar>
            <w:vAlign w:val="center"/>
          </w:tcPr>
          <w:p>
            <w:pPr>
              <w:spacing w:before="0" w:after="0" w:line="240" w:lineRule="exact"/>
              <w:snapToGrid w:val="0"/>
            </w:pPr>
            <w:r>
              <w:rPr>
                <w:b w:val="0"/>
                <w:sz w:val="20"/>
              </w:rPr>
              <w:t>Address line one</w:t>
            </w:r>
          </w:p>
        </w:tc>
        <w:tc>
          <w:tcPr>
            <w:tcW w:type="dxa" w:w="6464"/>
            <w:tcBorders>
              <w:top w:val="single" w:sz="3" w:color="D9D9D9"/>
              <w:left w:val="single" w:sz="3" w:color="D9D9D9"/>
              <w:bottom w:val="single" w:sz="3" w:color="D9D9D9"/>
              <w:right w:val="single" w:sz="3" w:color="D9D9D9"/>
            </w:tcBorders>
            <w:tcMar>
              <w:top w:w="60" w:type="dxa"/>
              <w:bottom w:w="60" w:type="dxa"/>
              <w:left w:w="100" w:type="dxa"/>
              <w:right w:w="100" w:type="dxa"/>
            </w:tcMar>
            <w:shd w:fill="F5F6F7"/>
            <w:vAlign w:val="center"/>
          </w:tcPr>
          <w:p>
            <w:pPr>
              <w:spacing w:before="0" w:after="0" w:line="240" w:lineRule="exact"/>
              <w:snapToGrid w:val="0"/>
            </w:pPr>
            <w:sdt>
              <w:sdtPr>
                <w:alias w:val="director address"/>
                <w:tag w:val="director_address"/>
                <w:id w:val="44015"/>
                <w:text/>
                <w:showingPlcHdr/>
              </w:sdtPr>
              <w:sdtContent>
                <w:r>
                  <w:rPr>
                    <w:color w:val="666666"/>
                    <w:sz w:val="20"/>
                  </w:rPr>
                  <w:t>Click or tap here to enter text</w:t>
                </w:r>
              </w:sdtContent>
            </w:sdt>
          </w:p>
        </w:tc>
      </w:tr>
      <w:tr>
        <w:trPr>
          <w:trHeight w:val="338" w:hRule="atLeast"/>
          <w:cantSplit/>
        </w:trPr>
        <w:tc>
          <w:tcPr>
            <w:tcW w:type="dxa" w:w="3139"/>
            <w:tcBorders>
              <w:top w:val="single" w:sz="3" w:color="D9D9D9"/>
              <w:left w:val="single" w:sz="3" w:color="D9D9D9"/>
              <w:bottom w:val="single" w:sz="3" w:color="D9D9D9"/>
              <w:right w:val="single" w:sz="3" w:color="D9D9D9"/>
            </w:tcBorders>
            <w:tcMar>
              <w:top w:w="60" w:type="dxa"/>
              <w:bottom w:w="60" w:type="dxa"/>
              <w:left w:w="100" w:type="dxa"/>
              <w:right w:w="100" w:type="dxa"/>
            </w:tcMar>
            <w:vAlign w:val="center"/>
          </w:tcPr>
          <w:p>
            <w:pPr>
              <w:spacing w:before="0" w:after="0" w:line="240" w:lineRule="exact"/>
              <w:snapToGrid w:val="0"/>
            </w:pPr>
            <w:r>
              <w:rPr>
                <w:b w:val="0"/>
                <w:sz w:val="20"/>
              </w:rPr>
              <w:t>Suburb</w:t>
            </w:r>
          </w:p>
        </w:tc>
        <w:tc>
          <w:tcPr>
            <w:tcW w:type="dxa" w:w="6464"/>
            <w:tcBorders>
              <w:top w:val="single" w:sz="3" w:color="D9D9D9"/>
              <w:left w:val="single" w:sz="3" w:color="D9D9D9"/>
              <w:bottom w:val="single" w:sz="3" w:color="D9D9D9"/>
              <w:right w:val="single" w:sz="3" w:color="D9D9D9"/>
            </w:tcBorders>
            <w:tcMar>
              <w:top w:w="60" w:type="dxa"/>
              <w:bottom w:w="60" w:type="dxa"/>
              <w:left w:w="100" w:type="dxa"/>
              <w:right w:w="100" w:type="dxa"/>
            </w:tcMar>
            <w:shd w:fill="F5F6F7"/>
            <w:vAlign w:val="center"/>
          </w:tcPr>
          <w:p>
            <w:pPr>
              <w:spacing w:before="0" w:after="0" w:line="240" w:lineRule="exact"/>
              <w:snapToGrid w:val="0"/>
            </w:pPr>
            <w:sdt>
              <w:sdtPr>
                <w:alias w:val="director suburb"/>
                <w:tag w:val="director_suburb"/>
                <w:id w:val="44016"/>
                <w:text/>
                <w:showingPlcHdr/>
              </w:sdtPr>
              <w:sdtContent>
                <w:r>
                  <w:rPr>
                    <w:color w:val="666666"/>
                    <w:sz w:val="20"/>
                  </w:rPr>
                  <w:t>Click or tap here to enter text</w:t>
                </w:r>
              </w:sdtContent>
            </w:sdt>
          </w:p>
        </w:tc>
      </w:tr>
      <w:tr>
        <w:trPr>
          <w:trHeight w:val="338" w:hRule="atLeast"/>
          <w:cantSplit/>
        </w:trPr>
        <w:tc>
          <w:tcPr>
            <w:tcW w:type="dxa" w:w="3139"/>
            <w:tcBorders>
              <w:top w:val="single" w:sz="3" w:color="D9D9D9"/>
              <w:left w:val="single" w:sz="3" w:color="D9D9D9"/>
              <w:bottom w:val="single" w:sz="3" w:color="D9D9D9"/>
              <w:right w:val="single" w:sz="3" w:color="D9D9D9"/>
            </w:tcBorders>
            <w:tcMar>
              <w:top w:w="60" w:type="dxa"/>
              <w:bottom w:w="60" w:type="dxa"/>
              <w:left w:w="100" w:type="dxa"/>
              <w:right w:w="100" w:type="dxa"/>
            </w:tcMar>
            <w:vAlign w:val="center"/>
          </w:tcPr>
          <w:p>
            <w:pPr>
              <w:spacing w:before="0" w:after="0" w:line="240" w:lineRule="exact"/>
              <w:snapToGrid w:val="0"/>
            </w:pPr>
            <w:r>
              <w:rPr>
                <w:b w:val="0"/>
                <w:sz w:val="20"/>
              </w:rPr>
              <w:t>State</w:t>
            </w:r>
          </w:p>
        </w:tc>
        <w:tc>
          <w:tcPr>
            <w:tcW w:type="dxa" w:w="6464"/>
            <w:tcBorders>
              <w:top w:val="single" w:sz="3" w:color="D9D9D9"/>
              <w:left w:val="single" w:sz="3" w:color="D9D9D9"/>
              <w:bottom w:val="single" w:sz="3" w:color="D9D9D9"/>
              <w:right w:val="single" w:sz="3" w:color="D9D9D9"/>
            </w:tcBorders>
            <w:tcMar>
              <w:top w:w="60" w:type="dxa"/>
              <w:bottom w:w="60" w:type="dxa"/>
              <w:left w:w="100" w:type="dxa"/>
              <w:right w:w="100" w:type="dxa"/>
            </w:tcMar>
            <w:shd w:fill="F5F6F7"/>
            <w:vAlign w:val="center"/>
          </w:tcPr>
          <w:p>
            <w:pPr>
              <w:spacing w:before="0" w:after="0" w:line="240" w:lineRule="exact"/>
              <w:snapToGrid w:val="0"/>
            </w:pPr>
            <w:sdt>
              <w:sdtPr>
                <w:alias w:val="director state"/>
                <w:tag w:val="director_state"/>
                <w:id w:val="44017"/>
                <w:text/>
                <w:showingPlcHdr/>
              </w:sdtPr>
              <w:sdtContent>
                <w:r>
                  <w:rPr>
                    <w:color w:val="666666"/>
                    <w:sz w:val="20"/>
                  </w:rPr>
                  <w:t>Click or tap here to enter text</w:t>
                </w:r>
              </w:sdtContent>
            </w:sdt>
          </w:p>
        </w:tc>
      </w:tr>
      <w:tr>
        <w:trPr>
          <w:trHeight w:val="338" w:hRule="atLeast"/>
          <w:cantSplit/>
        </w:trPr>
        <w:tc>
          <w:tcPr>
            <w:tcW w:type="dxa" w:w="3139"/>
            <w:tcBorders>
              <w:top w:val="single" w:sz="3" w:color="D9D9D9"/>
              <w:left w:val="single" w:sz="3" w:color="D9D9D9"/>
              <w:bottom w:val="single" w:sz="3" w:color="D9D9D9"/>
              <w:right w:val="single" w:sz="3" w:color="D9D9D9"/>
            </w:tcBorders>
            <w:tcMar>
              <w:top w:w="60" w:type="dxa"/>
              <w:bottom w:w="60" w:type="dxa"/>
              <w:left w:w="100" w:type="dxa"/>
              <w:right w:w="100" w:type="dxa"/>
            </w:tcMar>
            <w:vAlign w:val="center"/>
          </w:tcPr>
          <w:p>
            <w:pPr>
              <w:spacing w:before="0" w:after="0" w:line="240" w:lineRule="exact"/>
              <w:snapToGrid w:val="0"/>
            </w:pPr>
            <w:r>
              <w:rPr>
                <w:b w:val="0"/>
                <w:sz w:val="20"/>
              </w:rPr>
              <w:t>Postcode</w:t>
            </w:r>
          </w:p>
        </w:tc>
        <w:tc>
          <w:tcPr>
            <w:tcW w:type="dxa" w:w="6464"/>
            <w:tcBorders>
              <w:top w:val="single" w:sz="3" w:color="D9D9D9"/>
              <w:left w:val="single" w:sz="3" w:color="D9D9D9"/>
              <w:bottom w:val="single" w:sz="3" w:color="D9D9D9"/>
              <w:right w:val="single" w:sz="3" w:color="D9D9D9"/>
            </w:tcBorders>
            <w:tcMar>
              <w:top w:w="60" w:type="dxa"/>
              <w:bottom w:w="60" w:type="dxa"/>
              <w:left w:w="100" w:type="dxa"/>
              <w:right w:w="100" w:type="dxa"/>
            </w:tcMar>
            <w:shd w:fill="F5F6F7"/>
            <w:vAlign w:val="center"/>
          </w:tcPr>
          <w:p>
            <w:pPr>
              <w:spacing w:before="0" w:after="0" w:line="240" w:lineRule="exact"/>
              <w:snapToGrid w:val="0"/>
            </w:pPr>
            <w:sdt>
              <w:sdtPr>
                <w:alias w:val="director postcode"/>
                <w:tag w:val="director_postcode"/>
                <w:id w:val="44018"/>
                <w:text/>
                <w:showingPlcHdr/>
              </w:sdtPr>
              <w:sdtContent>
                <w:r>
                  <w:rPr>
                    <w:color w:val="666666"/>
                    <w:sz w:val="20"/>
                  </w:rPr>
                  <w:t>Click or tap here to enter text</w:t>
                </w:r>
              </w:sdtContent>
            </w:sdt>
          </w:p>
        </w:tc>
      </w:tr>
      <w:tr>
        <w:trPr>
          <w:trHeight w:val="338" w:hRule="atLeast"/>
          <w:cantSplit/>
        </w:trPr>
        <w:tc>
          <w:tcPr>
            <w:tcW w:type="dxa" w:w="3139"/>
            <w:tcBorders>
              <w:top w:val="single" w:sz="3" w:color="D9D9D9"/>
              <w:left w:val="single" w:sz="3" w:color="D9D9D9"/>
              <w:bottom w:val="single" w:sz="3" w:color="D9D9D9"/>
              <w:right w:val="single" w:sz="3" w:color="D9D9D9"/>
            </w:tcBorders>
            <w:tcMar>
              <w:top w:w="60" w:type="dxa"/>
              <w:bottom w:w="60" w:type="dxa"/>
              <w:left w:w="100" w:type="dxa"/>
              <w:right w:w="100" w:type="dxa"/>
            </w:tcMar>
            <w:vAlign w:val="center"/>
          </w:tcPr>
          <w:p>
            <w:pPr>
              <w:spacing w:before="0" w:after="0" w:line="240" w:lineRule="exact"/>
              <w:snapToGrid w:val="0"/>
            </w:pPr>
            <w:r>
              <w:rPr>
                <w:b w:val="0"/>
                <w:sz w:val="20"/>
              </w:rPr>
              <w:t>Country</w:t>
            </w:r>
            <w:r>
              <w:rPr>
                <w:b/>
                <w:color w:val="C00000"/>
                <w:sz w:val="20"/>
              </w:rPr>
              <w:t>*</w:t>
            </w:r>
          </w:p>
        </w:tc>
        <w:tc>
          <w:tcPr>
            <w:tcW w:type="dxa" w:w="6464"/>
            <w:tcBorders>
              <w:top w:val="single" w:sz="3" w:color="D9D9D9"/>
              <w:left w:val="single" w:sz="3" w:color="D9D9D9"/>
              <w:bottom w:val="single" w:sz="3" w:color="D9D9D9"/>
              <w:right w:val="single" w:sz="3" w:color="D9D9D9"/>
            </w:tcBorders>
            <w:tcMar>
              <w:top w:w="60" w:type="dxa"/>
              <w:bottom w:w="60" w:type="dxa"/>
              <w:left w:w="100" w:type="dxa"/>
              <w:right w:w="100" w:type="dxa"/>
            </w:tcMar>
            <w:shd w:fill="F5F6F7"/>
            <w:vAlign w:val="center"/>
          </w:tcPr>
          <w:p>
            <w:pPr>
              <w:spacing w:before="0" w:after="0" w:line="240" w:lineRule="exact"/>
              <w:snapToGrid w:val="0"/>
            </w:pPr>
            <w:sdt>
              <w:sdtPr>
                <w:alias w:val="director country"/>
                <w:tag w:val="director_country"/>
                <w:id w:val="44019"/>
                <w:text/>
              </w:sdtPr>
              <w:sdtContent>
                <w:r>
                  <w:rPr>
                    <w:color w:val="666666"/>
                    <w:sz w:val="20"/>
                  </w:rPr>
                  <w:t>Australia</w:t>
                </w:r>
              </w:sdtContent>
            </w:sdt>
          </w:p>
        </w:tc>
      </w:tr>
    </w:tbl>
    <w:p>
      <w:pPr>
        <w:spacing w:after="20" w:before="0" w:line="20" w:lineRule="exact"/>
      </w:pPr>
      <w:r>
        <w:rPr>
          <w:sz w:val="2"/>
        </w:rPr>
        <w:t xml:space="preserve"> </w:t>
      </w:r>
    </w:p>
    <w:p>
      <w:pPr>
        <w:pStyle w:val="Heading1"/>
        <w:keepNext/>
      </w:pPr>
      <w:r>
        <w:t>3 Shareholders</w:t>
      </w:r>
    </w:p>
    <w:p>
      <w:pPr>
        <w:spacing w:after="80" w:before="0"/>
      </w:pPr>
      <w:r>
        <w:rPr>
          <w:b w:val="0"/>
          <w:sz w:val="18"/>
        </w:rPr>
        <w:t>Complete a Human or Company section for each shareholder, up to 10. For shares held on trust, enter the legal trustee’s name. Enter joint owners separately.</w:t>
      </w:r>
    </w:p>
    <w:p>
      <w:pPr>
        <w:spacing w:after="120" w:before="0"/>
      </w:pPr>
      <w:r>
        <w:rPr>
          <w:b w:val="0"/>
          <w:sz w:val="21"/>
        </w:rPr>
        <w:t>Is the shareholder:</w:t>
      </w:r>
      <w:r>
        <w:rPr>
          <w:b/>
          <w:color w:val="C00000"/>
          <w:sz w:val="21"/>
        </w:rPr>
        <w:t>*</w:t>
      </w:r>
      <w:r>
        <w:t xml:space="preserve">  </w:t>
      </w:r>
      <w:sdt>
        <w:sdtPr>
          <w:alias w:val="Human"/>
          <w:tag w:val="shareholder_type_1"/>
          <w:id w:val="44020"/>
          <w14:checkbox>
            <w14:checked w14:val="0"/>
            <w14:checkedState w14:val="2612" w14:font="DejaVu Sans"/>
            <w14:uncheckedState w14:val="2610" w14:font="DejaVu Sans"/>
          </w14:checkbox>
        </w:sdtPr>
        <w:sdtContent>
          <w:r>
            <w:rPr>
              <w:rFonts w:ascii="DejaVu Sans" w:hAnsi="DejaVu Sans"/>
            </w:rPr>
            <w:t>☐</w:t>
          </w:r>
        </w:sdtContent>
      </w:sdt>
      <w:r>
        <w:rPr>
          <w:b w:val="0"/>
        </w:rPr>
        <w:t xml:space="preserve"> Human    </w:t>
      </w:r>
      <w:sdt>
        <w:sdtPr>
          <w:alias w:val="Company"/>
          <w:tag w:val="shareholder_type_2"/>
          <w:id w:val="44021"/>
          <w14:checkbox>
            <w14:checked w14:val="0"/>
            <w14:checkedState w14:val="2612" w14:font="DejaVu Sans"/>
            <w14:uncheckedState w14:val="2610" w14:font="DejaVu Sans"/>
          </w14:checkbox>
        </w:sdtPr>
        <w:sdtContent>
          <w:r>
            <w:rPr>
              <w:rFonts w:ascii="DejaVu Sans" w:hAnsi="DejaVu Sans"/>
            </w:rPr>
            <w:t>☐</w:t>
          </w:r>
        </w:sdtContent>
      </w:sdt>
      <w:r>
        <w:rPr>
          <w:b w:val="0"/>
        </w:rPr>
        <w:t xml:space="preserve"> Company    </w:t>
      </w:r>
    </w:p>
    <w:p>
      <w:pPr>
        <w:pStyle w:val="Heading2"/>
        <w:keepNext/>
      </w:pPr>
      <w:r>
        <w:t>If Human</w:t>
      </w:r>
    </w:p>
    <w:tbl>
      <w:tblPr>
        <w:tblW w:type="auto" w:w="0"/>
        <w:jc w:val="center"/>
        <w:tblLayout w:type="fixed"/>
        <w:tblLook w:firstColumn="1" w:firstRow="1" w:lastColumn="0" w:lastRow="0" w:noHBand="0" w:noVBand="1" w:val="04A0"/>
      </w:tblPr>
      <w:tblGrid>
        <w:gridCol w:w="3139"/>
        <w:gridCol w:w="6464"/>
      </w:tblGrid>
      <w:tr>
        <w:trPr>
          <w:trHeight w:val="338" w:hRule="atLeast"/>
          <w:cantSplit/>
        </w:trPr>
        <w:tc>
          <w:tcPr>
            <w:tcW w:type="dxa" w:w="3139"/>
            <w:tcBorders>
              <w:top w:val="single" w:sz="3" w:color="D9D9D9"/>
              <w:left w:val="single" w:sz="3" w:color="D9D9D9"/>
              <w:bottom w:val="single" w:sz="3" w:color="D9D9D9"/>
              <w:right w:val="single" w:sz="3" w:color="D9D9D9"/>
            </w:tcBorders>
            <w:tcMar>
              <w:top w:w="60" w:type="dxa"/>
              <w:bottom w:w="60" w:type="dxa"/>
              <w:left w:w="100" w:type="dxa"/>
              <w:right w:w="100" w:type="dxa"/>
            </w:tcMar>
            <w:vAlign w:val="center"/>
          </w:tcPr>
          <w:p>
            <w:pPr>
              <w:spacing w:before="0" w:after="0" w:line="240" w:lineRule="exact"/>
              <w:snapToGrid w:val="0"/>
            </w:pPr>
            <w:r>
              <w:rPr>
                <w:b w:val="0"/>
                <w:sz w:val="20"/>
              </w:rPr>
              <w:t>First name</w:t>
            </w:r>
            <w:r>
              <w:rPr>
                <w:b/>
                <w:color w:val="C00000"/>
                <w:sz w:val="20"/>
              </w:rPr>
              <w:t>*</w:t>
            </w:r>
          </w:p>
        </w:tc>
        <w:tc>
          <w:tcPr>
            <w:tcW w:type="dxa" w:w="6464"/>
            <w:tcBorders>
              <w:top w:val="single" w:sz="3" w:color="D9D9D9"/>
              <w:left w:val="single" w:sz="3" w:color="D9D9D9"/>
              <w:bottom w:val="single" w:sz="3" w:color="D9D9D9"/>
              <w:right w:val="single" w:sz="3" w:color="D9D9D9"/>
            </w:tcBorders>
            <w:tcMar>
              <w:top w:w="60" w:type="dxa"/>
              <w:bottom w:w="60" w:type="dxa"/>
              <w:left w:w="100" w:type="dxa"/>
              <w:right w:w="100" w:type="dxa"/>
            </w:tcMar>
            <w:shd w:fill="F5F6F7"/>
            <w:vAlign w:val="center"/>
          </w:tcPr>
          <w:p>
            <w:pPr>
              <w:spacing w:before="0" w:after="0" w:line="240" w:lineRule="exact"/>
              <w:snapToGrid w:val="0"/>
            </w:pPr>
            <w:sdt>
              <w:sdtPr>
                <w:alias w:val="shareholder human first name"/>
                <w:tag w:val="shareholder_human_first_name"/>
                <w:id w:val="44022"/>
                <w:text/>
                <w:showingPlcHdr/>
              </w:sdtPr>
              <w:sdtContent>
                <w:r>
                  <w:rPr>
                    <w:color w:val="666666"/>
                    <w:sz w:val="20"/>
                  </w:rPr>
                  <w:t>Click or tap here to enter text</w:t>
                </w:r>
              </w:sdtContent>
            </w:sdt>
          </w:p>
        </w:tc>
      </w:tr>
      <w:tr>
        <w:trPr>
          <w:trHeight w:val="338" w:hRule="atLeast"/>
          <w:cantSplit/>
        </w:trPr>
        <w:tc>
          <w:tcPr>
            <w:tcW w:type="dxa" w:w="3139"/>
            <w:tcBorders>
              <w:top w:val="single" w:sz="3" w:color="D9D9D9"/>
              <w:left w:val="single" w:sz="3" w:color="D9D9D9"/>
              <w:bottom w:val="single" w:sz="3" w:color="D9D9D9"/>
              <w:right w:val="single" w:sz="3" w:color="D9D9D9"/>
            </w:tcBorders>
            <w:tcMar>
              <w:top w:w="60" w:type="dxa"/>
              <w:bottom w:w="60" w:type="dxa"/>
              <w:left w:w="100" w:type="dxa"/>
              <w:right w:w="100" w:type="dxa"/>
            </w:tcMar>
            <w:vAlign w:val="center"/>
          </w:tcPr>
          <w:p>
            <w:pPr>
              <w:spacing w:before="0" w:after="0" w:line="240" w:lineRule="exact"/>
              <w:snapToGrid w:val="0"/>
            </w:pPr>
            <w:r>
              <w:rPr>
                <w:b w:val="0"/>
                <w:sz w:val="20"/>
              </w:rPr>
              <w:t>Middle name</w:t>
            </w:r>
          </w:p>
        </w:tc>
        <w:tc>
          <w:tcPr>
            <w:tcW w:type="dxa" w:w="6464"/>
            <w:tcBorders>
              <w:top w:val="single" w:sz="3" w:color="D9D9D9"/>
              <w:left w:val="single" w:sz="3" w:color="D9D9D9"/>
              <w:bottom w:val="single" w:sz="3" w:color="D9D9D9"/>
              <w:right w:val="single" w:sz="3" w:color="D9D9D9"/>
            </w:tcBorders>
            <w:tcMar>
              <w:top w:w="60" w:type="dxa"/>
              <w:bottom w:w="60" w:type="dxa"/>
              <w:left w:w="100" w:type="dxa"/>
              <w:right w:w="100" w:type="dxa"/>
            </w:tcMar>
            <w:shd w:fill="F5F6F7"/>
            <w:vAlign w:val="center"/>
          </w:tcPr>
          <w:p>
            <w:pPr>
              <w:spacing w:before="0" w:after="0" w:line="240" w:lineRule="exact"/>
              <w:snapToGrid w:val="0"/>
            </w:pPr>
            <w:sdt>
              <w:sdtPr>
                <w:alias w:val="shareholder human middle name"/>
                <w:tag w:val="shareholder_human_middle_name"/>
                <w:id w:val="44023"/>
                <w:text/>
                <w:showingPlcHdr/>
              </w:sdtPr>
              <w:sdtContent>
                <w:r>
                  <w:rPr>
                    <w:color w:val="666666"/>
                    <w:sz w:val="20"/>
                  </w:rPr>
                  <w:t>Click or tap here to enter text</w:t>
                </w:r>
              </w:sdtContent>
            </w:sdt>
          </w:p>
        </w:tc>
      </w:tr>
      <w:tr>
        <w:trPr>
          <w:trHeight w:val="338" w:hRule="atLeast"/>
          <w:cantSplit/>
        </w:trPr>
        <w:tc>
          <w:tcPr>
            <w:tcW w:type="dxa" w:w="3139"/>
            <w:tcBorders>
              <w:top w:val="single" w:sz="3" w:color="D9D9D9"/>
              <w:left w:val="single" w:sz="3" w:color="D9D9D9"/>
              <w:bottom w:val="single" w:sz="3" w:color="D9D9D9"/>
              <w:right w:val="single" w:sz="3" w:color="D9D9D9"/>
            </w:tcBorders>
            <w:tcMar>
              <w:top w:w="60" w:type="dxa"/>
              <w:bottom w:w="60" w:type="dxa"/>
              <w:left w:w="100" w:type="dxa"/>
              <w:right w:w="100" w:type="dxa"/>
            </w:tcMar>
            <w:vAlign w:val="center"/>
          </w:tcPr>
          <w:p>
            <w:pPr>
              <w:spacing w:before="0" w:after="0" w:line="240" w:lineRule="exact"/>
              <w:snapToGrid w:val="0"/>
            </w:pPr>
            <w:r>
              <w:rPr>
                <w:b w:val="0"/>
                <w:sz w:val="20"/>
              </w:rPr>
              <w:t>Last name</w:t>
            </w:r>
            <w:r>
              <w:rPr>
                <w:b/>
                <w:color w:val="C00000"/>
                <w:sz w:val="20"/>
              </w:rPr>
              <w:t>*</w:t>
            </w:r>
          </w:p>
        </w:tc>
        <w:tc>
          <w:tcPr>
            <w:tcW w:type="dxa" w:w="6464"/>
            <w:tcBorders>
              <w:top w:val="single" w:sz="3" w:color="D9D9D9"/>
              <w:left w:val="single" w:sz="3" w:color="D9D9D9"/>
              <w:bottom w:val="single" w:sz="3" w:color="D9D9D9"/>
              <w:right w:val="single" w:sz="3" w:color="D9D9D9"/>
            </w:tcBorders>
            <w:tcMar>
              <w:top w:w="60" w:type="dxa"/>
              <w:bottom w:w="60" w:type="dxa"/>
              <w:left w:w="100" w:type="dxa"/>
              <w:right w:w="100" w:type="dxa"/>
            </w:tcMar>
            <w:shd w:fill="F5F6F7"/>
            <w:vAlign w:val="center"/>
          </w:tcPr>
          <w:p>
            <w:pPr>
              <w:spacing w:before="0" w:after="0" w:line="240" w:lineRule="exact"/>
              <w:snapToGrid w:val="0"/>
            </w:pPr>
            <w:sdt>
              <w:sdtPr>
                <w:alias w:val="shareholder human last name"/>
                <w:tag w:val="shareholder_human_last_name"/>
                <w:id w:val="44024"/>
                <w:text/>
                <w:showingPlcHdr/>
              </w:sdtPr>
              <w:sdtContent>
                <w:r>
                  <w:rPr>
                    <w:color w:val="666666"/>
                    <w:sz w:val="20"/>
                  </w:rPr>
                  <w:t>Click or tap here to enter text</w:t>
                </w:r>
              </w:sdtContent>
            </w:sdt>
          </w:p>
        </w:tc>
      </w:tr>
      <w:tr>
        <w:trPr>
          <w:trHeight w:val="338" w:hRule="atLeast"/>
          <w:cantSplit/>
        </w:trPr>
        <w:tc>
          <w:tcPr>
            <w:tcW w:type="dxa" w:w="3139"/>
            <w:tcBorders>
              <w:top w:val="single" w:sz="3" w:color="D9D9D9"/>
              <w:left w:val="single" w:sz="3" w:color="D9D9D9"/>
              <w:bottom w:val="single" w:sz="3" w:color="D9D9D9"/>
              <w:right w:val="single" w:sz="3" w:color="D9D9D9"/>
            </w:tcBorders>
            <w:tcMar>
              <w:top w:w="60" w:type="dxa"/>
              <w:bottom w:w="60" w:type="dxa"/>
              <w:left w:w="100" w:type="dxa"/>
              <w:right w:w="100" w:type="dxa"/>
            </w:tcMar>
            <w:vAlign w:val="center"/>
          </w:tcPr>
          <w:p>
            <w:pPr>
              <w:spacing w:before="0" w:after="0" w:line="240" w:lineRule="exact"/>
              <w:snapToGrid w:val="0"/>
            </w:pPr>
            <w:r>
              <w:rPr>
                <w:b w:val="0"/>
                <w:sz w:val="20"/>
              </w:rPr>
              <w:t>Date of birth</w:t>
            </w:r>
            <w:r>
              <w:rPr>
                <w:b/>
                <w:color w:val="C00000"/>
                <w:sz w:val="20"/>
              </w:rPr>
              <w:t>*</w:t>
            </w:r>
          </w:p>
        </w:tc>
        <w:tc>
          <w:tcPr>
            <w:tcW w:type="dxa" w:w="6464"/>
            <w:tcBorders>
              <w:top w:val="single" w:sz="3" w:color="D9D9D9"/>
              <w:left w:val="single" w:sz="3" w:color="D9D9D9"/>
              <w:bottom w:val="single" w:sz="3" w:color="D9D9D9"/>
              <w:right w:val="single" w:sz="3" w:color="D9D9D9"/>
            </w:tcBorders>
            <w:tcMar>
              <w:top w:w="60" w:type="dxa"/>
              <w:bottom w:w="60" w:type="dxa"/>
              <w:left w:w="100" w:type="dxa"/>
              <w:right w:w="100" w:type="dxa"/>
            </w:tcMar>
            <w:shd w:fill="F5F6F7"/>
            <w:vAlign w:val="center"/>
          </w:tcPr>
          <w:p>
            <w:pPr>
              <w:spacing w:before="0" w:after="0" w:line="240" w:lineRule="exact"/>
              <w:snapToGrid w:val="0"/>
            </w:pPr>
            <w:sdt>
              <w:sdtPr>
                <w:alias w:val="shareholder human dob"/>
                <w:tag w:val="shareholder_human_dob"/>
                <w:id w:val="44025"/>
                <w:text/>
              </w:sdtPr>
              <w:sdtContent>
                <w:r>
                  <w:rPr>
                    <w:color w:val="666666"/>
                    <w:sz w:val="20"/>
                  </w:rPr>
                  <w:t>DD / MM / YYYY</w:t>
                </w:r>
              </w:sdtContent>
            </w:sdt>
          </w:p>
        </w:tc>
      </w:tr>
      <w:tr>
        <w:trPr>
          <w:trHeight w:val="338" w:hRule="atLeast"/>
          <w:cantSplit/>
        </w:trPr>
        <w:tc>
          <w:tcPr>
            <w:tcW w:type="dxa" w:w="3139"/>
            <w:tcBorders>
              <w:top w:val="single" w:sz="3" w:color="D9D9D9"/>
              <w:left w:val="single" w:sz="3" w:color="D9D9D9"/>
              <w:bottom w:val="single" w:sz="3" w:color="D9D9D9"/>
              <w:right w:val="single" w:sz="3" w:color="D9D9D9"/>
            </w:tcBorders>
            <w:tcMar>
              <w:top w:w="60" w:type="dxa"/>
              <w:bottom w:w="60" w:type="dxa"/>
              <w:left w:w="100" w:type="dxa"/>
              <w:right w:w="100" w:type="dxa"/>
            </w:tcMar>
            <w:vAlign w:val="center"/>
          </w:tcPr>
          <w:p>
            <w:pPr>
              <w:spacing w:before="0" w:after="0" w:line="240" w:lineRule="exact"/>
              <w:snapToGrid w:val="0"/>
            </w:pPr>
            <w:r>
              <w:rPr>
                <w:b w:val="0"/>
                <w:sz w:val="20"/>
              </w:rPr>
              <w:t>Occupation</w:t>
            </w:r>
          </w:p>
        </w:tc>
        <w:tc>
          <w:tcPr>
            <w:tcW w:type="dxa" w:w="6464"/>
            <w:tcBorders>
              <w:top w:val="single" w:sz="3" w:color="D9D9D9"/>
              <w:left w:val="single" w:sz="3" w:color="D9D9D9"/>
              <w:bottom w:val="single" w:sz="3" w:color="D9D9D9"/>
              <w:right w:val="single" w:sz="3" w:color="D9D9D9"/>
            </w:tcBorders>
            <w:tcMar>
              <w:top w:w="60" w:type="dxa"/>
              <w:bottom w:w="60" w:type="dxa"/>
              <w:left w:w="100" w:type="dxa"/>
              <w:right w:w="100" w:type="dxa"/>
            </w:tcMar>
            <w:shd w:fill="F5F6F7"/>
            <w:vAlign w:val="center"/>
          </w:tcPr>
          <w:p>
            <w:pPr>
              <w:spacing w:before="0" w:after="0" w:line="240" w:lineRule="exact"/>
              <w:snapToGrid w:val="0"/>
            </w:pPr>
            <w:sdt>
              <w:sdtPr>
                <w:alias w:val="shareholder human occupation"/>
                <w:tag w:val="shareholder_human_occupation"/>
                <w:id w:val="44026"/>
                <w:text/>
                <w:showingPlcHdr/>
              </w:sdtPr>
              <w:sdtContent>
                <w:r>
                  <w:rPr>
                    <w:color w:val="666666"/>
                    <w:sz w:val="20"/>
                  </w:rPr>
                  <w:t>Click or tap here to enter text</w:t>
                </w:r>
              </w:sdtContent>
            </w:sdt>
          </w:p>
        </w:tc>
      </w:tr>
      <w:tr>
        <w:trPr>
          <w:trHeight w:val="338" w:hRule="atLeast"/>
          <w:cantSplit/>
        </w:trPr>
        <w:tc>
          <w:tcPr>
            <w:tcW w:type="dxa" w:w="3139"/>
            <w:tcBorders>
              <w:top w:val="single" w:sz="3" w:color="D9D9D9"/>
              <w:left w:val="single" w:sz="3" w:color="D9D9D9"/>
              <w:bottom w:val="single" w:sz="3" w:color="D9D9D9"/>
              <w:right w:val="single" w:sz="3" w:color="D9D9D9"/>
            </w:tcBorders>
            <w:tcMar>
              <w:top w:w="60" w:type="dxa"/>
              <w:bottom w:w="60" w:type="dxa"/>
              <w:left w:w="100" w:type="dxa"/>
              <w:right w:w="100" w:type="dxa"/>
            </w:tcMar>
            <w:vAlign w:val="center"/>
          </w:tcPr>
          <w:p>
            <w:pPr>
              <w:spacing w:before="0" w:after="0" w:line="240" w:lineRule="exact"/>
              <w:snapToGrid w:val="0"/>
            </w:pPr>
            <w:r>
              <w:rPr>
                <w:b w:val="0"/>
                <w:sz w:val="20"/>
              </w:rPr>
              <w:t>Telephone</w:t>
            </w:r>
          </w:p>
        </w:tc>
        <w:tc>
          <w:tcPr>
            <w:tcW w:type="dxa" w:w="6464"/>
            <w:tcBorders>
              <w:top w:val="single" w:sz="3" w:color="D9D9D9"/>
              <w:left w:val="single" w:sz="3" w:color="D9D9D9"/>
              <w:bottom w:val="single" w:sz="3" w:color="D9D9D9"/>
              <w:right w:val="single" w:sz="3" w:color="D9D9D9"/>
            </w:tcBorders>
            <w:tcMar>
              <w:top w:w="60" w:type="dxa"/>
              <w:bottom w:w="60" w:type="dxa"/>
              <w:left w:w="100" w:type="dxa"/>
              <w:right w:w="100" w:type="dxa"/>
            </w:tcMar>
            <w:shd w:fill="F5F6F7"/>
            <w:vAlign w:val="center"/>
          </w:tcPr>
          <w:p>
            <w:pPr>
              <w:spacing w:before="0" w:after="0" w:line="240" w:lineRule="exact"/>
              <w:snapToGrid w:val="0"/>
            </w:pPr>
            <w:sdt>
              <w:sdtPr>
                <w:alias w:val="shareholder human telephone"/>
                <w:tag w:val="shareholder_human_telephone"/>
                <w:id w:val="44027"/>
                <w:text/>
                <w:showingPlcHdr/>
              </w:sdtPr>
              <w:sdtContent>
                <w:r>
                  <w:rPr>
                    <w:color w:val="666666"/>
                    <w:sz w:val="20"/>
                  </w:rPr>
                  <w:t>Click or tap here to enter text</w:t>
                </w:r>
              </w:sdtContent>
            </w:sdt>
          </w:p>
        </w:tc>
      </w:tr>
      <w:tr>
        <w:trPr>
          <w:trHeight w:val="338" w:hRule="atLeast"/>
          <w:cantSplit/>
        </w:trPr>
        <w:tc>
          <w:tcPr>
            <w:tcW w:type="dxa" w:w="3139"/>
            <w:tcBorders>
              <w:top w:val="single" w:sz="3" w:color="D9D9D9"/>
              <w:left w:val="single" w:sz="3" w:color="D9D9D9"/>
              <w:bottom w:val="single" w:sz="3" w:color="D9D9D9"/>
              <w:right w:val="single" w:sz="3" w:color="D9D9D9"/>
            </w:tcBorders>
            <w:tcMar>
              <w:top w:w="60" w:type="dxa"/>
              <w:bottom w:w="60" w:type="dxa"/>
              <w:left w:w="100" w:type="dxa"/>
              <w:right w:w="100" w:type="dxa"/>
            </w:tcMar>
            <w:vAlign w:val="center"/>
          </w:tcPr>
          <w:p>
            <w:pPr>
              <w:spacing w:before="0" w:after="0" w:line="240" w:lineRule="exact"/>
              <w:snapToGrid w:val="0"/>
            </w:pPr>
            <w:r>
              <w:rPr>
                <w:b w:val="0"/>
                <w:sz w:val="20"/>
              </w:rPr>
              <w:t>Email</w:t>
            </w:r>
          </w:p>
        </w:tc>
        <w:tc>
          <w:tcPr>
            <w:tcW w:type="dxa" w:w="6464"/>
            <w:tcBorders>
              <w:top w:val="single" w:sz="3" w:color="D9D9D9"/>
              <w:left w:val="single" w:sz="3" w:color="D9D9D9"/>
              <w:bottom w:val="single" w:sz="3" w:color="D9D9D9"/>
              <w:right w:val="single" w:sz="3" w:color="D9D9D9"/>
            </w:tcBorders>
            <w:tcMar>
              <w:top w:w="60" w:type="dxa"/>
              <w:bottom w:w="60" w:type="dxa"/>
              <w:left w:w="100" w:type="dxa"/>
              <w:right w:w="100" w:type="dxa"/>
            </w:tcMar>
            <w:shd w:fill="F5F6F7"/>
            <w:vAlign w:val="center"/>
          </w:tcPr>
          <w:p>
            <w:pPr>
              <w:spacing w:before="0" w:after="0" w:line="240" w:lineRule="exact"/>
              <w:snapToGrid w:val="0"/>
            </w:pPr>
            <w:sdt>
              <w:sdtPr>
                <w:alias w:val="shareholder human email"/>
                <w:tag w:val="shareholder_human_email"/>
                <w:id w:val="44028"/>
                <w:text/>
                <w:showingPlcHdr/>
              </w:sdtPr>
              <w:sdtContent>
                <w:r>
                  <w:rPr>
                    <w:color w:val="666666"/>
                    <w:sz w:val="20"/>
                  </w:rPr>
                  <w:t>Click or tap here to enter text</w:t>
                </w:r>
              </w:sdtContent>
            </w:sdt>
          </w:p>
        </w:tc>
      </w:tr>
      <w:tr>
        <w:trPr>
          <w:trHeight w:val="338" w:hRule="atLeast"/>
          <w:cantSplit/>
        </w:trPr>
        <w:tc>
          <w:tcPr>
            <w:tcW w:type="dxa" w:w="3139"/>
            <w:tcBorders>
              <w:top w:val="single" w:sz="3" w:color="D9D9D9"/>
              <w:left w:val="single" w:sz="3" w:color="D9D9D9"/>
              <w:bottom w:val="single" w:sz="3" w:color="D9D9D9"/>
              <w:right w:val="single" w:sz="3" w:color="D9D9D9"/>
            </w:tcBorders>
            <w:tcMar>
              <w:top w:w="60" w:type="dxa"/>
              <w:bottom w:w="60" w:type="dxa"/>
              <w:left w:w="100" w:type="dxa"/>
              <w:right w:w="100" w:type="dxa"/>
            </w:tcMar>
            <w:vAlign w:val="center"/>
          </w:tcPr>
          <w:p>
            <w:pPr>
              <w:spacing w:before="0" w:after="0" w:line="240" w:lineRule="exact"/>
              <w:snapToGrid w:val="0"/>
            </w:pPr>
            <w:r>
              <w:rPr>
                <w:b w:val="0"/>
                <w:sz w:val="20"/>
              </w:rPr>
              <w:t>Unit / Floor / Level</w:t>
            </w:r>
          </w:p>
        </w:tc>
        <w:tc>
          <w:tcPr>
            <w:tcW w:type="dxa" w:w="6464"/>
            <w:tcBorders>
              <w:top w:val="single" w:sz="3" w:color="D9D9D9"/>
              <w:left w:val="single" w:sz="3" w:color="D9D9D9"/>
              <w:bottom w:val="single" w:sz="3" w:color="D9D9D9"/>
              <w:right w:val="single" w:sz="3" w:color="D9D9D9"/>
            </w:tcBorders>
            <w:tcMar>
              <w:top w:w="60" w:type="dxa"/>
              <w:bottom w:w="60" w:type="dxa"/>
              <w:left w:w="100" w:type="dxa"/>
              <w:right w:w="100" w:type="dxa"/>
            </w:tcMar>
            <w:shd w:fill="F5F6F7"/>
            <w:vAlign w:val="center"/>
          </w:tcPr>
          <w:p>
            <w:pPr>
              <w:spacing w:before="0" w:after="0" w:line="240" w:lineRule="exact"/>
              <w:snapToGrid w:val="0"/>
            </w:pPr>
            <w:sdt>
              <w:sdtPr>
                <w:alias w:val="shareholder human unit"/>
                <w:tag w:val="shareholder_human_unit"/>
                <w:id w:val="44029"/>
                <w:text/>
                <w:showingPlcHdr/>
              </w:sdtPr>
              <w:sdtContent>
                <w:r>
                  <w:rPr>
                    <w:color w:val="666666"/>
                    <w:sz w:val="20"/>
                  </w:rPr>
                  <w:t>Click or tap here to enter text</w:t>
                </w:r>
              </w:sdtContent>
            </w:sdt>
          </w:p>
        </w:tc>
      </w:tr>
      <w:tr>
        <w:trPr>
          <w:trHeight w:val="338" w:hRule="atLeast"/>
          <w:cantSplit/>
        </w:trPr>
        <w:tc>
          <w:tcPr>
            <w:tcW w:type="dxa" w:w="3139"/>
            <w:tcBorders>
              <w:top w:val="single" w:sz="3" w:color="D9D9D9"/>
              <w:left w:val="single" w:sz="3" w:color="D9D9D9"/>
              <w:bottom w:val="single" w:sz="3" w:color="D9D9D9"/>
              <w:right w:val="single" w:sz="3" w:color="D9D9D9"/>
            </w:tcBorders>
            <w:tcMar>
              <w:top w:w="60" w:type="dxa"/>
              <w:bottom w:w="60" w:type="dxa"/>
              <w:left w:w="100" w:type="dxa"/>
              <w:right w:w="100" w:type="dxa"/>
            </w:tcMar>
            <w:vAlign w:val="center"/>
          </w:tcPr>
          <w:p>
            <w:pPr>
              <w:spacing w:before="0" w:after="0" w:line="240" w:lineRule="exact"/>
              <w:snapToGrid w:val="0"/>
            </w:pPr>
            <w:r>
              <w:rPr>
                <w:b w:val="0"/>
                <w:sz w:val="20"/>
              </w:rPr>
              <w:t>Address first line</w:t>
            </w:r>
            <w:r>
              <w:rPr>
                <w:b/>
                <w:color w:val="C00000"/>
                <w:sz w:val="20"/>
              </w:rPr>
              <w:t>*</w:t>
            </w:r>
          </w:p>
        </w:tc>
        <w:tc>
          <w:tcPr>
            <w:tcW w:type="dxa" w:w="6464"/>
            <w:tcBorders>
              <w:top w:val="single" w:sz="3" w:color="D9D9D9"/>
              <w:left w:val="single" w:sz="3" w:color="D9D9D9"/>
              <w:bottom w:val="single" w:sz="3" w:color="D9D9D9"/>
              <w:right w:val="single" w:sz="3" w:color="D9D9D9"/>
            </w:tcBorders>
            <w:tcMar>
              <w:top w:w="60" w:type="dxa"/>
              <w:bottom w:w="60" w:type="dxa"/>
              <w:left w:w="100" w:type="dxa"/>
              <w:right w:w="100" w:type="dxa"/>
            </w:tcMar>
            <w:shd w:fill="F5F6F7"/>
            <w:vAlign w:val="center"/>
          </w:tcPr>
          <w:p>
            <w:pPr>
              <w:spacing w:before="0" w:after="0" w:line="240" w:lineRule="exact"/>
              <w:snapToGrid w:val="0"/>
            </w:pPr>
            <w:sdt>
              <w:sdtPr>
                <w:alias w:val="shareholder human address"/>
                <w:tag w:val="shareholder_human_address"/>
                <w:id w:val="44030"/>
                <w:text/>
                <w:showingPlcHdr/>
              </w:sdtPr>
              <w:sdtContent>
                <w:r>
                  <w:rPr>
                    <w:color w:val="666666"/>
                    <w:sz w:val="20"/>
                  </w:rPr>
                  <w:t>Click or tap here to enter text</w:t>
                </w:r>
              </w:sdtContent>
            </w:sdt>
          </w:p>
        </w:tc>
      </w:tr>
      <w:tr>
        <w:trPr>
          <w:trHeight w:val="338" w:hRule="atLeast"/>
          <w:cantSplit/>
        </w:trPr>
        <w:tc>
          <w:tcPr>
            <w:tcW w:type="dxa" w:w="3139"/>
            <w:tcBorders>
              <w:top w:val="single" w:sz="3" w:color="D9D9D9"/>
              <w:left w:val="single" w:sz="3" w:color="D9D9D9"/>
              <w:bottom w:val="single" w:sz="3" w:color="D9D9D9"/>
              <w:right w:val="single" w:sz="3" w:color="D9D9D9"/>
            </w:tcBorders>
            <w:tcMar>
              <w:top w:w="60" w:type="dxa"/>
              <w:bottom w:w="60" w:type="dxa"/>
              <w:left w:w="100" w:type="dxa"/>
              <w:right w:w="100" w:type="dxa"/>
            </w:tcMar>
            <w:vAlign w:val="center"/>
          </w:tcPr>
          <w:p>
            <w:pPr>
              <w:spacing w:before="0" w:after="0" w:line="240" w:lineRule="exact"/>
              <w:snapToGrid w:val="0"/>
            </w:pPr>
            <w:r>
              <w:rPr>
                <w:b w:val="0"/>
                <w:sz w:val="20"/>
              </w:rPr>
              <w:t>Suburb</w:t>
            </w:r>
            <w:r>
              <w:rPr>
                <w:b/>
                <w:color w:val="C00000"/>
                <w:sz w:val="20"/>
              </w:rPr>
              <w:t>*</w:t>
            </w:r>
          </w:p>
        </w:tc>
        <w:tc>
          <w:tcPr>
            <w:tcW w:type="dxa" w:w="6464"/>
            <w:tcBorders>
              <w:top w:val="single" w:sz="3" w:color="D9D9D9"/>
              <w:left w:val="single" w:sz="3" w:color="D9D9D9"/>
              <w:bottom w:val="single" w:sz="3" w:color="D9D9D9"/>
              <w:right w:val="single" w:sz="3" w:color="D9D9D9"/>
            </w:tcBorders>
            <w:tcMar>
              <w:top w:w="60" w:type="dxa"/>
              <w:bottom w:w="60" w:type="dxa"/>
              <w:left w:w="100" w:type="dxa"/>
              <w:right w:w="100" w:type="dxa"/>
            </w:tcMar>
            <w:shd w:fill="F5F6F7"/>
            <w:vAlign w:val="center"/>
          </w:tcPr>
          <w:p>
            <w:pPr>
              <w:spacing w:before="0" w:after="0" w:line="240" w:lineRule="exact"/>
              <w:snapToGrid w:val="0"/>
            </w:pPr>
            <w:sdt>
              <w:sdtPr>
                <w:alias w:val="shareholder human suburb"/>
                <w:tag w:val="shareholder_human_suburb"/>
                <w:id w:val="44031"/>
                <w:text/>
                <w:showingPlcHdr/>
              </w:sdtPr>
              <w:sdtContent>
                <w:r>
                  <w:rPr>
                    <w:color w:val="666666"/>
                    <w:sz w:val="20"/>
                  </w:rPr>
                  <w:t>Click or tap here to enter text</w:t>
                </w:r>
              </w:sdtContent>
            </w:sdt>
          </w:p>
        </w:tc>
      </w:tr>
      <w:tr>
        <w:trPr>
          <w:trHeight w:val="338" w:hRule="atLeast"/>
          <w:cantSplit/>
        </w:trPr>
        <w:tc>
          <w:tcPr>
            <w:tcW w:type="dxa" w:w="3139"/>
            <w:tcBorders>
              <w:top w:val="single" w:sz="3" w:color="D9D9D9"/>
              <w:left w:val="single" w:sz="3" w:color="D9D9D9"/>
              <w:bottom w:val="single" w:sz="3" w:color="D9D9D9"/>
              <w:right w:val="single" w:sz="3" w:color="D9D9D9"/>
            </w:tcBorders>
            <w:tcMar>
              <w:top w:w="60" w:type="dxa"/>
              <w:bottom w:w="60" w:type="dxa"/>
              <w:left w:w="100" w:type="dxa"/>
              <w:right w:w="100" w:type="dxa"/>
            </w:tcMar>
            <w:vAlign w:val="center"/>
          </w:tcPr>
          <w:p>
            <w:pPr>
              <w:spacing w:before="0" w:after="0" w:line="240" w:lineRule="exact"/>
              <w:snapToGrid w:val="0"/>
            </w:pPr>
            <w:r>
              <w:rPr>
                <w:b w:val="0"/>
                <w:sz w:val="20"/>
              </w:rPr>
              <w:t>State</w:t>
            </w:r>
          </w:p>
        </w:tc>
        <w:tc>
          <w:tcPr>
            <w:tcW w:type="dxa" w:w="6464"/>
            <w:tcBorders>
              <w:top w:val="single" w:sz="3" w:color="D9D9D9"/>
              <w:left w:val="single" w:sz="3" w:color="D9D9D9"/>
              <w:bottom w:val="single" w:sz="3" w:color="D9D9D9"/>
              <w:right w:val="single" w:sz="3" w:color="D9D9D9"/>
            </w:tcBorders>
            <w:tcMar>
              <w:top w:w="60" w:type="dxa"/>
              <w:bottom w:w="60" w:type="dxa"/>
              <w:left w:w="100" w:type="dxa"/>
              <w:right w:w="100" w:type="dxa"/>
            </w:tcMar>
            <w:shd w:fill="F5F6F7"/>
            <w:vAlign w:val="center"/>
          </w:tcPr>
          <w:p>
            <w:pPr>
              <w:spacing w:before="0" w:after="0" w:line="240" w:lineRule="exact"/>
              <w:snapToGrid w:val="0"/>
            </w:pPr>
            <w:sdt>
              <w:sdtPr>
                <w:alias w:val="shareholder human state"/>
                <w:tag w:val="shareholder_human_state"/>
                <w:id w:val="44032"/>
                <w:text/>
                <w:showingPlcHdr/>
              </w:sdtPr>
              <w:sdtContent>
                <w:r>
                  <w:rPr>
                    <w:color w:val="666666"/>
                    <w:sz w:val="20"/>
                  </w:rPr>
                  <w:t>Click or tap here to enter text</w:t>
                </w:r>
              </w:sdtContent>
            </w:sdt>
          </w:p>
        </w:tc>
      </w:tr>
      <w:tr>
        <w:trPr>
          <w:trHeight w:val="338" w:hRule="atLeast"/>
          <w:cantSplit/>
        </w:trPr>
        <w:tc>
          <w:tcPr>
            <w:tcW w:type="dxa" w:w="3139"/>
            <w:tcBorders>
              <w:top w:val="single" w:sz="3" w:color="D9D9D9"/>
              <w:left w:val="single" w:sz="3" w:color="D9D9D9"/>
              <w:bottom w:val="single" w:sz="3" w:color="D9D9D9"/>
              <w:right w:val="single" w:sz="3" w:color="D9D9D9"/>
            </w:tcBorders>
            <w:tcMar>
              <w:top w:w="60" w:type="dxa"/>
              <w:bottom w:w="60" w:type="dxa"/>
              <w:left w:w="100" w:type="dxa"/>
              <w:right w:w="100" w:type="dxa"/>
            </w:tcMar>
            <w:vAlign w:val="center"/>
          </w:tcPr>
          <w:p>
            <w:pPr>
              <w:spacing w:before="0" w:after="0" w:line="240" w:lineRule="exact"/>
              <w:snapToGrid w:val="0"/>
            </w:pPr>
            <w:r>
              <w:rPr>
                <w:b w:val="0"/>
                <w:sz w:val="20"/>
              </w:rPr>
              <w:t>Postcode</w:t>
            </w:r>
          </w:p>
        </w:tc>
        <w:tc>
          <w:tcPr>
            <w:tcW w:type="dxa" w:w="6464"/>
            <w:tcBorders>
              <w:top w:val="single" w:sz="3" w:color="D9D9D9"/>
              <w:left w:val="single" w:sz="3" w:color="D9D9D9"/>
              <w:bottom w:val="single" w:sz="3" w:color="D9D9D9"/>
              <w:right w:val="single" w:sz="3" w:color="D9D9D9"/>
            </w:tcBorders>
            <w:tcMar>
              <w:top w:w="60" w:type="dxa"/>
              <w:bottom w:w="60" w:type="dxa"/>
              <w:left w:w="100" w:type="dxa"/>
              <w:right w:w="100" w:type="dxa"/>
            </w:tcMar>
            <w:shd w:fill="F5F6F7"/>
            <w:vAlign w:val="center"/>
          </w:tcPr>
          <w:p>
            <w:pPr>
              <w:spacing w:before="0" w:after="0" w:line="240" w:lineRule="exact"/>
              <w:snapToGrid w:val="0"/>
            </w:pPr>
            <w:sdt>
              <w:sdtPr>
                <w:alias w:val="shareholder human postcode"/>
                <w:tag w:val="shareholder_human_postcode"/>
                <w:id w:val="44033"/>
                <w:text/>
                <w:showingPlcHdr/>
              </w:sdtPr>
              <w:sdtContent>
                <w:r>
                  <w:rPr>
                    <w:color w:val="666666"/>
                    <w:sz w:val="20"/>
                  </w:rPr>
                  <w:t>Click or tap here to enter text</w:t>
                </w:r>
              </w:sdtContent>
            </w:sdt>
          </w:p>
        </w:tc>
      </w:tr>
      <w:tr>
        <w:trPr>
          <w:trHeight w:val="338" w:hRule="atLeast"/>
          <w:cantSplit/>
        </w:trPr>
        <w:tc>
          <w:tcPr>
            <w:tcW w:type="dxa" w:w="3139"/>
            <w:tcBorders>
              <w:top w:val="single" w:sz="3" w:color="D9D9D9"/>
              <w:left w:val="single" w:sz="3" w:color="D9D9D9"/>
              <w:bottom w:val="single" w:sz="3" w:color="D9D9D9"/>
              <w:right w:val="single" w:sz="3" w:color="D9D9D9"/>
            </w:tcBorders>
            <w:tcMar>
              <w:top w:w="60" w:type="dxa"/>
              <w:bottom w:w="60" w:type="dxa"/>
              <w:left w:w="100" w:type="dxa"/>
              <w:right w:w="100" w:type="dxa"/>
            </w:tcMar>
            <w:vAlign w:val="center"/>
          </w:tcPr>
          <w:p>
            <w:pPr>
              <w:spacing w:before="0" w:after="0" w:line="240" w:lineRule="exact"/>
              <w:snapToGrid w:val="0"/>
            </w:pPr>
            <w:r>
              <w:rPr>
                <w:b w:val="0"/>
                <w:sz w:val="20"/>
              </w:rPr>
              <w:t>Country</w:t>
            </w:r>
            <w:r>
              <w:rPr>
                <w:b/>
                <w:color w:val="C00000"/>
                <w:sz w:val="20"/>
              </w:rPr>
              <w:t>*</w:t>
            </w:r>
          </w:p>
        </w:tc>
        <w:tc>
          <w:tcPr>
            <w:tcW w:type="dxa" w:w="6464"/>
            <w:tcBorders>
              <w:top w:val="single" w:sz="3" w:color="D9D9D9"/>
              <w:left w:val="single" w:sz="3" w:color="D9D9D9"/>
              <w:bottom w:val="single" w:sz="3" w:color="D9D9D9"/>
              <w:right w:val="single" w:sz="3" w:color="D9D9D9"/>
            </w:tcBorders>
            <w:tcMar>
              <w:top w:w="60" w:type="dxa"/>
              <w:bottom w:w="60" w:type="dxa"/>
              <w:left w:w="100" w:type="dxa"/>
              <w:right w:w="100" w:type="dxa"/>
            </w:tcMar>
            <w:shd w:fill="F5F6F7"/>
            <w:vAlign w:val="center"/>
          </w:tcPr>
          <w:p>
            <w:pPr>
              <w:spacing w:before="0" w:after="0" w:line="240" w:lineRule="exact"/>
              <w:snapToGrid w:val="0"/>
            </w:pPr>
            <w:sdt>
              <w:sdtPr>
                <w:alias w:val="shareholder human country"/>
                <w:tag w:val="shareholder_human_country"/>
                <w:id w:val="44034"/>
                <w:text/>
                <w:showingPlcHdr/>
              </w:sdtPr>
              <w:sdtContent>
                <w:r>
                  <w:rPr>
                    <w:color w:val="666666"/>
                    <w:sz w:val="20"/>
                  </w:rPr>
                  <w:t>Click or tap here to enter text</w:t>
                </w:r>
              </w:sdtContent>
            </w:sdt>
          </w:p>
        </w:tc>
      </w:tr>
    </w:tbl>
    <w:p>
      <w:pPr>
        <w:spacing w:after="20" w:before="0" w:line="20" w:lineRule="exact"/>
      </w:pPr>
      <w:r>
        <w:rPr>
          <w:sz w:val="2"/>
        </w:rPr>
        <w:t xml:space="preserve"> </w:t>
      </w:r>
    </w:p>
    <w:p>
      <w:pPr>
        <w:sectPr>
          <w:headerReference w:type="default" r:id="rId14"/>
          <w:footerReference w:type="default" r:id="rId18"/>
          <w:type w:val="nextPage"/>
          <w:pgSz w:w="11907" w:h="16840"/>
          <w:pgMar w:top="1843" w:right="1152" w:bottom="907" w:left="1152" w:header="346" w:footer="403" w:gutter="0"/>
          <w:cols w:space="720"/>
          <w:docGrid w:linePitch="360"/>
        </w:sectPr>
      </w:pPr>
    </w:p>
    <w:p>
      <w:pPr>
        <w:pStyle w:val="Heading1"/>
        <w:keepNext/>
      </w:pPr>
      <w:r>
        <w:t>Shareholders continued</w:t>
      </w:r>
    </w:p>
    <w:p>
      <w:pPr>
        <w:pStyle w:val="Heading2"/>
        <w:keepNext/>
      </w:pPr>
      <w:r>
        <w:t>If Company</w:t>
      </w:r>
    </w:p>
    <w:tbl>
      <w:tblPr>
        <w:tblW w:type="auto" w:w="0"/>
        <w:jc w:val="center"/>
        <w:tblLayout w:type="fixed"/>
        <w:tblLook w:firstColumn="1" w:firstRow="1" w:lastColumn="0" w:lastRow="0" w:noHBand="0" w:noVBand="1" w:val="04A0"/>
      </w:tblPr>
      <w:tblGrid>
        <w:gridCol w:w="3139"/>
        <w:gridCol w:w="6464"/>
      </w:tblGrid>
      <w:tr>
        <w:trPr>
          <w:trHeight w:val="338" w:hRule="atLeast"/>
          <w:cantSplit/>
        </w:trPr>
        <w:tc>
          <w:tcPr>
            <w:tcW w:type="dxa" w:w="3139"/>
            <w:tcBorders>
              <w:top w:val="single" w:sz="3" w:color="D9D9D9"/>
              <w:left w:val="single" w:sz="3" w:color="D9D9D9"/>
              <w:bottom w:val="single" w:sz="3" w:color="D9D9D9"/>
              <w:right w:val="single" w:sz="3" w:color="D9D9D9"/>
            </w:tcBorders>
            <w:tcMar>
              <w:top w:w="60" w:type="dxa"/>
              <w:bottom w:w="60" w:type="dxa"/>
              <w:left w:w="100" w:type="dxa"/>
              <w:right w:w="100" w:type="dxa"/>
            </w:tcMar>
            <w:vAlign w:val="center"/>
          </w:tcPr>
          <w:p>
            <w:pPr>
              <w:spacing w:before="0" w:after="0" w:line="240" w:lineRule="exact"/>
              <w:snapToGrid w:val="0"/>
            </w:pPr>
            <w:r>
              <w:rPr>
                <w:b w:val="0"/>
                <w:sz w:val="20"/>
              </w:rPr>
              <w:t>Company name</w:t>
            </w:r>
            <w:r>
              <w:rPr>
                <w:b/>
                <w:color w:val="C00000"/>
                <w:sz w:val="20"/>
              </w:rPr>
              <w:t>*</w:t>
            </w:r>
          </w:p>
        </w:tc>
        <w:tc>
          <w:tcPr>
            <w:tcW w:type="dxa" w:w="6464"/>
            <w:tcBorders>
              <w:top w:val="single" w:sz="3" w:color="D9D9D9"/>
              <w:left w:val="single" w:sz="3" w:color="D9D9D9"/>
              <w:bottom w:val="single" w:sz="3" w:color="D9D9D9"/>
              <w:right w:val="single" w:sz="3" w:color="D9D9D9"/>
            </w:tcBorders>
            <w:tcMar>
              <w:top w:w="60" w:type="dxa"/>
              <w:bottom w:w="60" w:type="dxa"/>
              <w:left w:w="100" w:type="dxa"/>
              <w:right w:w="100" w:type="dxa"/>
            </w:tcMar>
            <w:shd w:fill="F5F6F7"/>
            <w:vAlign w:val="center"/>
          </w:tcPr>
          <w:p>
            <w:pPr>
              <w:spacing w:before="0" w:after="0" w:line="240" w:lineRule="exact"/>
              <w:snapToGrid w:val="0"/>
            </w:pPr>
            <w:sdt>
              <w:sdtPr>
                <w:alias w:val="shareholder company name"/>
                <w:tag w:val="shareholder_company_name"/>
                <w:id w:val="44035"/>
                <w:text/>
                <w:showingPlcHdr/>
              </w:sdtPr>
              <w:sdtContent>
                <w:r>
                  <w:rPr>
                    <w:color w:val="666666"/>
                    <w:sz w:val="20"/>
                  </w:rPr>
                  <w:t>Click or tap here to enter text</w:t>
                </w:r>
              </w:sdtContent>
            </w:sdt>
          </w:p>
        </w:tc>
      </w:tr>
      <w:tr>
        <w:trPr>
          <w:trHeight w:val="338" w:hRule="atLeast"/>
          <w:cantSplit/>
        </w:trPr>
        <w:tc>
          <w:tcPr>
            <w:tcW w:type="dxa" w:w="3139"/>
            <w:tcBorders>
              <w:top w:val="single" w:sz="3" w:color="D9D9D9"/>
              <w:left w:val="single" w:sz="3" w:color="D9D9D9"/>
              <w:bottom w:val="single" w:sz="3" w:color="D9D9D9"/>
              <w:right w:val="single" w:sz="3" w:color="D9D9D9"/>
            </w:tcBorders>
            <w:tcMar>
              <w:top w:w="60" w:type="dxa"/>
              <w:bottom w:w="60" w:type="dxa"/>
              <w:left w:w="100" w:type="dxa"/>
              <w:right w:w="100" w:type="dxa"/>
            </w:tcMar>
            <w:vAlign w:val="center"/>
          </w:tcPr>
          <w:p>
            <w:pPr>
              <w:spacing w:before="0" w:after="0" w:line="240" w:lineRule="exact"/>
              <w:snapToGrid w:val="0"/>
            </w:pPr>
            <w:r>
              <w:rPr>
                <w:b w:val="0"/>
                <w:sz w:val="20"/>
              </w:rPr>
              <w:t>Wording after company name</w:t>
            </w:r>
            <w:r>
              <w:rPr>
                <w:b/>
                <w:color w:val="C00000"/>
                <w:sz w:val="20"/>
              </w:rPr>
              <w:t>*</w:t>
            </w:r>
          </w:p>
        </w:tc>
        <w:tc>
          <w:tcPr>
            <w:tcW w:type="dxa" w:w="6464"/>
            <w:tcBorders>
              <w:top w:val="single" w:sz="3" w:color="D9D9D9"/>
              <w:left w:val="single" w:sz="3" w:color="D9D9D9"/>
              <w:bottom w:val="single" w:sz="3" w:color="D9D9D9"/>
              <w:right w:val="single" w:sz="3" w:color="D9D9D9"/>
            </w:tcBorders>
            <w:tcMar>
              <w:top w:w="60" w:type="dxa"/>
              <w:bottom w:w="60" w:type="dxa"/>
              <w:left w:w="100" w:type="dxa"/>
              <w:right w:w="100" w:type="dxa"/>
            </w:tcMar>
            <w:shd w:fill="F5F6F7"/>
            <w:vAlign w:val="center"/>
          </w:tcPr>
          <w:p>
            <w:pPr>
              <w:spacing w:before="0" w:after="0" w:line="240" w:lineRule="exact"/>
              <w:snapToGrid w:val="0"/>
            </w:pPr>
            <w:sdt>
              <w:sdtPr>
                <w:alias w:val="shareholder company suffix"/>
                <w:tag w:val="shareholder_company_suffix"/>
                <w:id w:val="44036"/>
                <w:dropDownList>
                  <w:listItem w:displayText="Pty Ltd" w:value="Pty Ltd"/>
                  <w:listItem w:displayText="Proprietary Limited" w:value="Proprietary Limited"/>
                  <w:listItem w:displayText="Pty Limited" w:value="Pty Limited"/>
                  <w:listItem w:displayText="Pty. Ltd." w:value="Pty. Ltd."/>
                  <w:listItem w:displayText="Proprietary Ltd" w:value="Proprietary Ltd"/>
                  <w:listItem w:displayText="PTY. LTD." w:value="PTY. LTD."/>
                  <w:listItem w:displayText="PROPRIETARY LIMITED" w:value="PROPRIETARY LIMITED"/>
                  <w:listItem w:displayText="PTY LIMITED" w:value="PTY LIMITED"/>
                  <w:listItem w:displayText="PTY LTD" w:value="PTY LTD"/>
                  <w:listItem w:displayText="PROPRIETARY LTD" w:value="PROPRIETARY LTD"/>
                </w:dropDownList>
              </w:sdtPr>
              <w:sdtContent>
                <w:r>
                  <w:rPr>
                    <w:color w:val="666666"/>
                    <w:sz w:val="20"/>
                  </w:rPr>
                  <w:t>Pty Ltd</w:t>
                </w:r>
              </w:sdtContent>
            </w:sdt>
          </w:p>
        </w:tc>
      </w:tr>
      <w:tr>
        <w:trPr>
          <w:trHeight w:val="338" w:hRule="atLeast"/>
          <w:cantSplit/>
        </w:trPr>
        <w:tc>
          <w:tcPr>
            <w:tcW w:type="dxa" w:w="3139"/>
            <w:tcBorders>
              <w:top w:val="single" w:sz="3" w:color="D9D9D9"/>
              <w:left w:val="single" w:sz="3" w:color="D9D9D9"/>
              <w:bottom w:val="single" w:sz="3" w:color="D9D9D9"/>
              <w:right w:val="single" w:sz="3" w:color="D9D9D9"/>
            </w:tcBorders>
            <w:tcMar>
              <w:top w:w="60" w:type="dxa"/>
              <w:bottom w:w="60" w:type="dxa"/>
              <w:left w:w="100" w:type="dxa"/>
              <w:right w:w="100" w:type="dxa"/>
            </w:tcMar>
            <w:vAlign w:val="center"/>
          </w:tcPr>
          <w:p>
            <w:pPr>
              <w:spacing w:before="0" w:after="0" w:line="240" w:lineRule="exact"/>
              <w:snapToGrid w:val="0"/>
            </w:pPr>
            <w:r>
              <w:rPr>
                <w:b w:val="0"/>
                <w:sz w:val="20"/>
              </w:rPr>
              <w:t>Company ACN</w:t>
            </w:r>
            <w:r>
              <w:rPr>
                <w:b/>
                <w:color w:val="C00000"/>
                <w:sz w:val="20"/>
              </w:rPr>
              <w:t>*</w:t>
            </w:r>
          </w:p>
        </w:tc>
        <w:tc>
          <w:tcPr>
            <w:tcW w:type="dxa" w:w="6464"/>
            <w:tcBorders>
              <w:top w:val="single" w:sz="3" w:color="D9D9D9"/>
              <w:left w:val="single" w:sz="3" w:color="D9D9D9"/>
              <w:bottom w:val="single" w:sz="3" w:color="D9D9D9"/>
              <w:right w:val="single" w:sz="3" w:color="D9D9D9"/>
            </w:tcBorders>
            <w:tcMar>
              <w:top w:w="60" w:type="dxa"/>
              <w:bottom w:w="60" w:type="dxa"/>
              <w:left w:w="100" w:type="dxa"/>
              <w:right w:w="100" w:type="dxa"/>
            </w:tcMar>
            <w:shd w:fill="F5F6F7"/>
            <w:vAlign w:val="center"/>
          </w:tcPr>
          <w:p>
            <w:pPr>
              <w:spacing w:before="0" w:after="0" w:line="240" w:lineRule="exact"/>
              <w:snapToGrid w:val="0"/>
            </w:pPr>
            <w:sdt>
              <w:sdtPr>
                <w:alias w:val="shareholder company acn"/>
                <w:tag w:val="shareholder_company_acn"/>
                <w:id w:val="44037"/>
                <w:text/>
                <w:showingPlcHdr/>
              </w:sdtPr>
              <w:sdtContent>
                <w:r>
                  <w:rPr>
                    <w:color w:val="666666"/>
                    <w:sz w:val="20"/>
                  </w:rPr>
                  <w:t>Click or tap here to enter text</w:t>
                </w:r>
              </w:sdtContent>
            </w:sdt>
          </w:p>
        </w:tc>
      </w:tr>
      <w:tr>
        <w:trPr>
          <w:trHeight w:val="338" w:hRule="atLeast"/>
          <w:cantSplit/>
        </w:trPr>
        <w:tc>
          <w:tcPr>
            <w:tcW w:type="dxa" w:w="3139"/>
            <w:tcBorders>
              <w:top w:val="single" w:sz="3" w:color="D9D9D9"/>
              <w:left w:val="single" w:sz="3" w:color="D9D9D9"/>
              <w:bottom w:val="single" w:sz="3" w:color="D9D9D9"/>
              <w:right w:val="single" w:sz="3" w:color="D9D9D9"/>
            </w:tcBorders>
            <w:tcMar>
              <w:top w:w="60" w:type="dxa"/>
              <w:bottom w:w="60" w:type="dxa"/>
              <w:left w:w="100" w:type="dxa"/>
              <w:right w:w="100" w:type="dxa"/>
            </w:tcMar>
            <w:vAlign w:val="center"/>
          </w:tcPr>
          <w:p>
            <w:pPr>
              <w:spacing w:before="0" w:after="0" w:line="240" w:lineRule="exact"/>
              <w:snapToGrid w:val="0"/>
            </w:pPr>
            <w:r>
              <w:rPr>
                <w:b w:val="0"/>
                <w:sz w:val="20"/>
              </w:rPr>
              <w:t>Place of incorporation</w:t>
            </w:r>
            <w:r>
              <w:rPr>
                <w:b/>
                <w:color w:val="C00000"/>
                <w:sz w:val="20"/>
              </w:rPr>
              <w:t>*</w:t>
            </w:r>
          </w:p>
        </w:tc>
        <w:tc>
          <w:tcPr>
            <w:tcW w:type="dxa" w:w="6464"/>
            <w:tcBorders>
              <w:top w:val="single" w:sz="3" w:color="D9D9D9"/>
              <w:left w:val="single" w:sz="3" w:color="D9D9D9"/>
              <w:bottom w:val="single" w:sz="3" w:color="D9D9D9"/>
              <w:right w:val="single" w:sz="3" w:color="D9D9D9"/>
            </w:tcBorders>
            <w:tcMar>
              <w:top w:w="60" w:type="dxa"/>
              <w:bottom w:w="60" w:type="dxa"/>
              <w:left w:w="100" w:type="dxa"/>
              <w:right w:w="100" w:type="dxa"/>
            </w:tcMar>
            <w:shd w:fill="F5F6F7"/>
            <w:vAlign w:val="center"/>
          </w:tcPr>
          <w:p>
            <w:pPr>
              <w:spacing w:before="0" w:after="0" w:line="240" w:lineRule="exact"/>
              <w:snapToGrid w:val="0"/>
            </w:pPr>
            <w:sdt>
              <w:sdtPr>
                <w:alias w:val="shareholder company incorp"/>
                <w:tag w:val="shareholder_company_incorp"/>
                <w:id w:val="44038"/>
                <w:showingPlcHdr/>
                <w:dropDownList>
                  <w:listItem w:displayText="New South Wales" w:value="New South Wales"/>
                  <w:listItem w:displayText="Victoria" w:value="Victoria"/>
                  <w:listItem w:displayText="Queensland" w:value="Queensland"/>
                  <w:listItem w:displayText="Western Australia" w:value="Western Australia"/>
                  <w:listItem w:displayText="South Australia" w:value="South Australia"/>
                  <w:listItem w:displayText="Tasmania" w:value="Tasmania"/>
                  <w:listItem w:displayText="Australian Capital Territory" w:value="Australian Capital Territory"/>
                  <w:listItem w:displayText="Northern Territory" w:value="Northern Territory"/>
                </w:dropDownList>
              </w:sdtPr>
              <w:sdtContent>
                <w:r>
                  <w:rPr>
                    <w:color w:val="666666"/>
                    <w:sz w:val="20"/>
                  </w:rPr>
                  <w:t>Click or tap here to enter text</w:t>
                </w:r>
              </w:sdtContent>
            </w:sdt>
          </w:p>
        </w:tc>
      </w:tr>
      <w:tr>
        <w:trPr>
          <w:trHeight w:val="338" w:hRule="atLeast"/>
          <w:cantSplit/>
        </w:trPr>
        <w:tc>
          <w:tcPr>
            <w:tcW w:type="dxa" w:w="3139"/>
            <w:tcBorders>
              <w:top w:val="single" w:sz="3" w:color="D9D9D9"/>
              <w:left w:val="single" w:sz="3" w:color="D9D9D9"/>
              <w:bottom w:val="single" w:sz="3" w:color="D9D9D9"/>
              <w:right w:val="single" w:sz="3" w:color="D9D9D9"/>
            </w:tcBorders>
            <w:tcMar>
              <w:top w:w="60" w:type="dxa"/>
              <w:bottom w:w="60" w:type="dxa"/>
              <w:left w:w="100" w:type="dxa"/>
              <w:right w:w="100" w:type="dxa"/>
            </w:tcMar>
            <w:vAlign w:val="center"/>
          </w:tcPr>
          <w:p>
            <w:pPr>
              <w:spacing w:before="0" w:after="0" w:line="240" w:lineRule="exact"/>
              <w:snapToGrid w:val="0"/>
            </w:pPr>
            <w:r>
              <w:rPr>
                <w:b w:val="0"/>
                <w:sz w:val="20"/>
              </w:rPr>
              <w:t>Date the company started</w:t>
            </w:r>
            <w:r>
              <w:rPr>
                <w:b/>
                <w:color w:val="C00000"/>
                <w:sz w:val="20"/>
              </w:rPr>
              <w:t>*</w:t>
            </w:r>
          </w:p>
        </w:tc>
        <w:tc>
          <w:tcPr>
            <w:tcW w:type="dxa" w:w="6464"/>
            <w:tcBorders>
              <w:top w:val="single" w:sz="3" w:color="D9D9D9"/>
              <w:left w:val="single" w:sz="3" w:color="D9D9D9"/>
              <w:bottom w:val="single" w:sz="3" w:color="D9D9D9"/>
              <w:right w:val="single" w:sz="3" w:color="D9D9D9"/>
            </w:tcBorders>
            <w:tcMar>
              <w:top w:w="60" w:type="dxa"/>
              <w:bottom w:w="60" w:type="dxa"/>
              <w:left w:w="100" w:type="dxa"/>
              <w:right w:w="100" w:type="dxa"/>
            </w:tcMar>
            <w:shd w:fill="F5F6F7"/>
            <w:vAlign w:val="center"/>
          </w:tcPr>
          <w:p>
            <w:pPr>
              <w:spacing w:before="0" w:after="0" w:line="240" w:lineRule="exact"/>
              <w:snapToGrid w:val="0"/>
            </w:pPr>
            <w:sdt>
              <w:sdtPr>
                <w:alias w:val="shareholder company started"/>
                <w:tag w:val="shareholder_company_started"/>
                <w:id w:val="44039"/>
                <w:text/>
              </w:sdtPr>
              <w:sdtContent>
                <w:r>
                  <w:rPr>
                    <w:color w:val="666666"/>
                    <w:sz w:val="20"/>
                  </w:rPr>
                  <w:t>DD - MM - YYYY</w:t>
                </w:r>
              </w:sdtContent>
            </w:sdt>
          </w:p>
        </w:tc>
      </w:tr>
    </w:tbl>
    <w:p>
      <w:pPr>
        <w:spacing w:after="20" w:before="0" w:line="20" w:lineRule="exact"/>
      </w:pPr>
      <w:r>
        <w:rPr>
          <w:sz w:val="2"/>
        </w:rPr>
        <w:t xml:space="preserve"> </w:t>
      </w:r>
    </w:p>
    <w:p>
      <w:pPr>
        <w:spacing w:after="100" w:before="0"/>
      </w:pPr>
      <w:sdt>
        <w:sdtPr>
          <w:alias w:val="Is the company used EXCLUSIVELY as trustee of a SMSF?"/>
          <w:tag w:val="corporate_shareholder_smsf"/>
          <w:id w:val="44040"/>
          <w14:checkbox>
            <w14:checked w14:val="0"/>
            <w14:checkedState w14:val="2612" w14:font="DejaVu Sans"/>
            <w14:uncheckedState w14:val="2610" w14:font="DejaVu Sans"/>
          </w14:checkbox>
        </w:sdtPr>
        <w:sdtContent>
          <w:r>
            <w:rPr>
              <w:rFonts w:ascii="DejaVu Sans" w:hAnsi="DejaVu Sans"/>
            </w:rPr>
            <w:t>☐</w:t>
          </w:r>
        </w:sdtContent>
      </w:sdt>
      <w:r>
        <w:rPr>
          <w:b w:val="0"/>
        </w:rPr>
        <w:t xml:space="preserve"> Is the company used EXCLUSIVELY as trustee of a SMSF?    </w:t>
      </w:r>
    </w:p>
    <w:p>
      <w:pPr>
        <w:pStyle w:val="Heading2"/>
        <w:keepNext/>
      </w:pPr>
      <w:r>
        <w:t>Company address</w:t>
      </w:r>
    </w:p>
    <w:tbl>
      <w:tblPr>
        <w:tblW w:type="auto" w:w="0"/>
        <w:jc w:val="center"/>
        <w:tblLayout w:type="fixed"/>
        <w:tblLook w:firstColumn="1" w:firstRow="1" w:lastColumn="0" w:lastRow="0" w:noHBand="0" w:noVBand="1" w:val="04A0"/>
      </w:tblPr>
      <w:tblGrid>
        <w:gridCol w:w="3139"/>
        <w:gridCol w:w="6464"/>
      </w:tblGrid>
      <w:tr>
        <w:trPr>
          <w:trHeight w:val="338" w:hRule="atLeast"/>
          <w:cantSplit/>
        </w:trPr>
        <w:tc>
          <w:tcPr>
            <w:tcW w:type="dxa" w:w="3139"/>
            <w:tcBorders>
              <w:top w:val="single" w:sz="3" w:color="D9D9D9"/>
              <w:left w:val="single" w:sz="3" w:color="D9D9D9"/>
              <w:bottom w:val="single" w:sz="3" w:color="D9D9D9"/>
              <w:right w:val="single" w:sz="3" w:color="D9D9D9"/>
            </w:tcBorders>
            <w:tcMar>
              <w:top w:w="60" w:type="dxa"/>
              <w:bottom w:w="60" w:type="dxa"/>
              <w:left w:w="100" w:type="dxa"/>
              <w:right w:w="100" w:type="dxa"/>
            </w:tcMar>
            <w:vAlign w:val="center"/>
          </w:tcPr>
          <w:p>
            <w:pPr>
              <w:spacing w:before="0" w:after="0" w:line="240" w:lineRule="exact"/>
              <w:snapToGrid w:val="0"/>
            </w:pPr>
            <w:r>
              <w:rPr>
                <w:b w:val="0"/>
                <w:sz w:val="20"/>
              </w:rPr>
              <w:t>Address line one</w:t>
            </w:r>
            <w:r>
              <w:rPr>
                <w:b/>
                <w:color w:val="C00000"/>
                <w:sz w:val="20"/>
              </w:rPr>
              <w:t>*</w:t>
            </w:r>
          </w:p>
        </w:tc>
        <w:tc>
          <w:tcPr>
            <w:tcW w:type="dxa" w:w="6464"/>
            <w:tcBorders>
              <w:top w:val="single" w:sz="3" w:color="D9D9D9"/>
              <w:left w:val="single" w:sz="3" w:color="D9D9D9"/>
              <w:bottom w:val="single" w:sz="3" w:color="D9D9D9"/>
              <w:right w:val="single" w:sz="3" w:color="D9D9D9"/>
            </w:tcBorders>
            <w:tcMar>
              <w:top w:w="60" w:type="dxa"/>
              <w:bottom w:w="60" w:type="dxa"/>
              <w:left w:w="100" w:type="dxa"/>
              <w:right w:w="100" w:type="dxa"/>
            </w:tcMar>
            <w:shd w:fill="F5F6F7"/>
            <w:vAlign w:val="center"/>
          </w:tcPr>
          <w:p>
            <w:pPr>
              <w:spacing w:before="0" w:after="0" w:line="240" w:lineRule="exact"/>
              <w:snapToGrid w:val="0"/>
            </w:pPr>
            <w:sdt>
              <w:sdtPr>
                <w:alias w:val="shareholder company address"/>
                <w:tag w:val="shareholder_company_address"/>
                <w:id w:val="44041"/>
                <w:text/>
                <w:showingPlcHdr/>
              </w:sdtPr>
              <w:sdtContent>
                <w:r>
                  <w:rPr>
                    <w:color w:val="666666"/>
                    <w:sz w:val="20"/>
                  </w:rPr>
                  <w:t>Click or tap here to enter text</w:t>
                </w:r>
              </w:sdtContent>
            </w:sdt>
          </w:p>
        </w:tc>
      </w:tr>
      <w:tr>
        <w:trPr>
          <w:trHeight w:val="338" w:hRule="atLeast"/>
          <w:cantSplit/>
        </w:trPr>
        <w:tc>
          <w:tcPr>
            <w:tcW w:type="dxa" w:w="3139"/>
            <w:tcBorders>
              <w:top w:val="single" w:sz="3" w:color="D9D9D9"/>
              <w:left w:val="single" w:sz="3" w:color="D9D9D9"/>
              <w:bottom w:val="single" w:sz="3" w:color="D9D9D9"/>
              <w:right w:val="single" w:sz="3" w:color="D9D9D9"/>
            </w:tcBorders>
            <w:tcMar>
              <w:top w:w="60" w:type="dxa"/>
              <w:bottom w:w="60" w:type="dxa"/>
              <w:left w:w="100" w:type="dxa"/>
              <w:right w:w="100" w:type="dxa"/>
            </w:tcMar>
            <w:vAlign w:val="center"/>
          </w:tcPr>
          <w:p>
            <w:pPr>
              <w:spacing w:before="0" w:after="0" w:line="240" w:lineRule="exact"/>
              <w:snapToGrid w:val="0"/>
            </w:pPr>
            <w:r>
              <w:rPr>
                <w:b w:val="0"/>
                <w:sz w:val="20"/>
              </w:rPr>
              <w:t>Suburb</w:t>
            </w:r>
            <w:r>
              <w:rPr>
                <w:b/>
                <w:color w:val="C00000"/>
                <w:sz w:val="20"/>
              </w:rPr>
              <w:t>*</w:t>
            </w:r>
          </w:p>
        </w:tc>
        <w:tc>
          <w:tcPr>
            <w:tcW w:type="dxa" w:w="6464"/>
            <w:tcBorders>
              <w:top w:val="single" w:sz="3" w:color="D9D9D9"/>
              <w:left w:val="single" w:sz="3" w:color="D9D9D9"/>
              <w:bottom w:val="single" w:sz="3" w:color="D9D9D9"/>
              <w:right w:val="single" w:sz="3" w:color="D9D9D9"/>
            </w:tcBorders>
            <w:tcMar>
              <w:top w:w="60" w:type="dxa"/>
              <w:bottom w:w="60" w:type="dxa"/>
              <w:left w:w="100" w:type="dxa"/>
              <w:right w:w="100" w:type="dxa"/>
            </w:tcMar>
            <w:shd w:fill="F5F6F7"/>
            <w:vAlign w:val="center"/>
          </w:tcPr>
          <w:p>
            <w:pPr>
              <w:spacing w:before="0" w:after="0" w:line="240" w:lineRule="exact"/>
              <w:snapToGrid w:val="0"/>
            </w:pPr>
            <w:sdt>
              <w:sdtPr>
                <w:alias w:val="shareholder company suburb"/>
                <w:tag w:val="shareholder_company_suburb"/>
                <w:id w:val="44042"/>
                <w:text/>
                <w:showingPlcHdr/>
              </w:sdtPr>
              <w:sdtContent>
                <w:r>
                  <w:rPr>
                    <w:color w:val="666666"/>
                    <w:sz w:val="20"/>
                  </w:rPr>
                  <w:t>Click or tap here to enter text</w:t>
                </w:r>
              </w:sdtContent>
            </w:sdt>
          </w:p>
        </w:tc>
      </w:tr>
      <w:tr>
        <w:trPr>
          <w:trHeight w:val="338" w:hRule="atLeast"/>
          <w:cantSplit/>
        </w:trPr>
        <w:tc>
          <w:tcPr>
            <w:tcW w:type="dxa" w:w="3139"/>
            <w:tcBorders>
              <w:top w:val="single" w:sz="3" w:color="D9D9D9"/>
              <w:left w:val="single" w:sz="3" w:color="D9D9D9"/>
              <w:bottom w:val="single" w:sz="3" w:color="D9D9D9"/>
              <w:right w:val="single" w:sz="3" w:color="D9D9D9"/>
            </w:tcBorders>
            <w:tcMar>
              <w:top w:w="60" w:type="dxa"/>
              <w:bottom w:w="60" w:type="dxa"/>
              <w:left w:w="100" w:type="dxa"/>
              <w:right w:w="100" w:type="dxa"/>
            </w:tcMar>
            <w:vAlign w:val="center"/>
          </w:tcPr>
          <w:p>
            <w:pPr>
              <w:spacing w:before="0" w:after="0" w:line="240" w:lineRule="exact"/>
              <w:snapToGrid w:val="0"/>
            </w:pPr>
            <w:r>
              <w:rPr>
                <w:b w:val="0"/>
                <w:sz w:val="20"/>
              </w:rPr>
              <w:t>State</w:t>
            </w:r>
            <w:r>
              <w:rPr>
                <w:b/>
                <w:color w:val="C00000"/>
                <w:sz w:val="20"/>
              </w:rPr>
              <w:t>*</w:t>
            </w:r>
          </w:p>
        </w:tc>
        <w:tc>
          <w:tcPr>
            <w:tcW w:type="dxa" w:w="6464"/>
            <w:tcBorders>
              <w:top w:val="single" w:sz="3" w:color="D9D9D9"/>
              <w:left w:val="single" w:sz="3" w:color="D9D9D9"/>
              <w:bottom w:val="single" w:sz="3" w:color="D9D9D9"/>
              <w:right w:val="single" w:sz="3" w:color="D9D9D9"/>
            </w:tcBorders>
            <w:tcMar>
              <w:top w:w="60" w:type="dxa"/>
              <w:bottom w:w="60" w:type="dxa"/>
              <w:left w:w="100" w:type="dxa"/>
              <w:right w:w="100" w:type="dxa"/>
            </w:tcMar>
            <w:shd w:fill="F5F6F7"/>
            <w:vAlign w:val="center"/>
          </w:tcPr>
          <w:p>
            <w:pPr>
              <w:spacing w:before="0" w:after="0" w:line="240" w:lineRule="exact"/>
              <w:snapToGrid w:val="0"/>
            </w:pPr>
            <w:sdt>
              <w:sdtPr>
                <w:alias w:val="shareholder company state"/>
                <w:tag w:val="shareholder_company_state"/>
                <w:id w:val="44043"/>
                <w:text/>
                <w:showingPlcHdr/>
              </w:sdtPr>
              <w:sdtContent>
                <w:r>
                  <w:rPr>
                    <w:color w:val="666666"/>
                    <w:sz w:val="20"/>
                  </w:rPr>
                  <w:t>Click or tap here to enter text</w:t>
                </w:r>
              </w:sdtContent>
            </w:sdt>
          </w:p>
        </w:tc>
      </w:tr>
      <w:tr>
        <w:trPr>
          <w:trHeight w:val="338" w:hRule="atLeast"/>
          <w:cantSplit/>
        </w:trPr>
        <w:tc>
          <w:tcPr>
            <w:tcW w:type="dxa" w:w="3139"/>
            <w:tcBorders>
              <w:top w:val="single" w:sz="3" w:color="D9D9D9"/>
              <w:left w:val="single" w:sz="3" w:color="D9D9D9"/>
              <w:bottom w:val="single" w:sz="3" w:color="D9D9D9"/>
              <w:right w:val="single" w:sz="3" w:color="D9D9D9"/>
            </w:tcBorders>
            <w:tcMar>
              <w:top w:w="60" w:type="dxa"/>
              <w:bottom w:w="60" w:type="dxa"/>
              <w:left w:w="100" w:type="dxa"/>
              <w:right w:w="100" w:type="dxa"/>
            </w:tcMar>
            <w:vAlign w:val="center"/>
          </w:tcPr>
          <w:p>
            <w:pPr>
              <w:spacing w:before="0" w:after="0" w:line="240" w:lineRule="exact"/>
              <w:snapToGrid w:val="0"/>
            </w:pPr>
            <w:r>
              <w:rPr>
                <w:b w:val="0"/>
                <w:sz w:val="20"/>
              </w:rPr>
              <w:t>Postcode</w:t>
            </w:r>
            <w:r>
              <w:rPr>
                <w:b/>
                <w:color w:val="C00000"/>
                <w:sz w:val="20"/>
              </w:rPr>
              <w:t>*</w:t>
            </w:r>
          </w:p>
        </w:tc>
        <w:tc>
          <w:tcPr>
            <w:tcW w:type="dxa" w:w="6464"/>
            <w:tcBorders>
              <w:top w:val="single" w:sz="3" w:color="D9D9D9"/>
              <w:left w:val="single" w:sz="3" w:color="D9D9D9"/>
              <w:bottom w:val="single" w:sz="3" w:color="D9D9D9"/>
              <w:right w:val="single" w:sz="3" w:color="D9D9D9"/>
            </w:tcBorders>
            <w:tcMar>
              <w:top w:w="60" w:type="dxa"/>
              <w:bottom w:w="60" w:type="dxa"/>
              <w:left w:w="100" w:type="dxa"/>
              <w:right w:w="100" w:type="dxa"/>
            </w:tcMar>
            <w:shd w:fill="F5F6F7"/>
            <w:vAlign w:val="center"/>
          </w:tcPr>
          <w:p>
            <w:pPr>
              <w:spacing w:before="0" w:after="0" w:line="240" w:lineRule="exact"/>
              <w:snapToGrid w:val="0"/>
            </w:pPr>
            <w:sdt>
              <w:sdtPr>
                <w:alias w:val="shareholder company postcode"/>
                <w:tag w:val="shareholder_company_postcode"/>
                <w:id w:val="44044"/>
                <w:text/>
                <w:showingPlcHdr/>
              </w:sdtPr>
              <w:sdtContent>
                <w:r>
                  <w:rPr>
                    <w:color w:val="666666"/>
                    <w:sz w:val="20"/>
                  </w:rPr>
                  <w:t>Click or tap here to enter text</w:t>
                </w:r>
              </w:sdtContent>
            </w:sdt>
          </w:p>
        </w:tc>
      </w:tr>
      <w:tr>
        <w:trPr>
          <w:trHeight w:val="338" w:hRule="atLeast"/>
          <w:cantSplit/>
        </w:trPr>
        <w:tc>
          <w:tcPr>
            <w:tcW w:type="dxa" w:w="3139"/>
            <w:tcBorders>
              <w:top w:val="single" w:sz="3" w:color="D9D9D9"/>
              <w:left w:val="single" w:sz="3" w:color="D9D9D9"/>
              <w:bottom w:val="single" w:sz="3" w:color="D9D9D9"/>
              <w:right w:val="single" w:sz="3" w:color="D9D9D9"/>
            </w:tcBorders>
            <w:tcMar>
              <w:top w:w="60" w:type="dxa"/>
              <w:bottom w:w="60" w:type="dxa"/>
              <w:left w:w="100" w:type="dxa"/>
              <w:right w:w="100" w:type="dxa"/>
            </w:tcMar>
            <w:vAlign w:val="center"/>
          </w:tcPr>
          <w:p>
            <w:pPr>
              <w:spacing w:before="0" w:after="0" w:line="240" w:lineRule="exact"/>
              <w:snapToGrid w:val="0"/>
            </w:pPr>
            <w:r>
              <w:rPr>
                <w:b w:val="0"/>
                <w:sz w:val="20"/>
              </w:rPr>
              <w:t>Country</w:t>
            </w:r>
            <w:r>
              <w:rPr>
                <w:b/>
                <w:color w:val="C00000"/>
                <w:sz w:val="20"/>
              </w:rPr>
              <w:t>*</w:t>
            </w:r>
          </w:p>
        </w:tc>
        <w:tc>
          <w:tcPr>
            <w:tcW w:type="dxa" w:w="6464"/>
            <w:tcBorders>
              <w:top w:val="single" w:sz="3" w:color="D9D9D9"/>
              <w:left w:val="single" w:sz="3" w:color="D9D9D9"/>
              <w:bottom w:val="single" w:sz="3" w:color="D9D9D9"/>
              <w:right w:val="single" w:sz="3" w:color="D9D9D9"/>
            </w:tcBorders>
            <w:tcMar>
              <w:top w:w="60" w:type="dxa"/>
              <w:bottom w:w="60" w:type="dxa"/>
              <w:left w:w="100" w:type="dxa"/>
              <w:right w:w="100" w:type="dxa"/>
            </w:tcMar>
            <w:shd w:fill="F5F6F7"/>
            <w:vAlign w:val="center"/>
          </w:tcPr>
          <w:p>
            <w:pPr>
              <w:spacing w:before="0" w:after="0" w:line="240" w:lineRule="exact"/>
              <w:snapToGrid w:val="0"/>
            </w:pPr>
            <w:sdt>
              <w:sdtPr>
                <w:alias w:val="shareholder company country"/>
                <w:tag w:val="shareholder_company_country"/>
                <w:id w:val="44045"/>
                <w:text/>
                <w:showingPlcHdr/>
              </w:sdtPr>
              <w:sdtContent>
                <w:r>
                  <w:rPr>
                    <w:color w:val="666666"/>
                    <w:sz w:val="20"/>
                  </w:rPr>
                  <w:t>Click or tap here to enter text</w:t>
                </w:r>
              </w:sdtContent>
            </w:sdt>
          </w:p>
        </w:tc>
      </w:tr>
    </w:tbl>
    <w:p>
      <w:pPr>
        <w:spacing w:after="20" w:before="0" w:line="20" w:lineRule="exact"/>
      </w:pPr>
      <w:r>
        <w:rPr>
          <w:sz w:val="2"/>
        </w:rPr>
        <w:t xml:space="preserve"> </w:t>
      </w:r>
    </w:p>
    <w:p>
      <w:pPr>
        <w:pStyle w:val="Heading2"/>
        <w:keepNext/>
      </w:pPr>
      <w:r>
        <w:t>Company officer signing for this corporate shareholder</w:t>
      </w:r>
    </w:p>
    <w:tbl>
      <w:tblPr>
        <w:tblW w:type="auto" w:w="0"/>
        <w:jc w:val="center"/>
        <w:tblLayout w:type="fixed"/>
        <w:tblLook w:firstColumn="1" w:firstRow="1" w:lastColumn="0" w:lastRow="0" w:noHBand="0" w:noVBand="1" w:val="04A0"/>
      </w:tblPr>
      <w:tblGrid>
        <w:gridCol w:w="3139"/>
        <w:gridCol w:w="6464"/>
      </w:tblGrid>
      <w:tr>
        <w:trPr>
          <w:trHeight w:val="338" w:hRule="atLeast"/>
          <w:cantSplit/>
        </w:trPr>
        <w:tc>
          <w:tcPr>
            <w:tcW w:type="dxa" w:w="3139"/>
            <w:tcBorders>
              <w:top w:val="single" w:sz="3" w:color="D9D9D9"/>
              <w:left w:val="single" w:sz="3" w:color="D9D9D9"/>
              <w:bottom w:val="single" w:sz="3" w:color="D9D9D9"/>
              <w:right w:val="single" w:sz="3" w:color="D9D9D9"/>
            </w:tcBorders>
            <w:tcMar>
              <w:top w:w="60" w:type="dxa"/>
              <w:bottom w:w="60" w:type="dxa"/>
              <w:left w:w="100" w:type="dxa"/>
              <w:right w:w="100" w:type="dxa"/>
            </w:tcMar>
            <w:vAlign w:val="center"/>
          </w:tcPr>
          <w:p>
            <w:pPr>
              <w:spacing w:before="0" w:after="0" w:line="240" w:lineRule="exact"/>
              <w:snapToGrid w:val="0"/>
            </w:pPr>
            <w:r>
              <w:rPr>
                <w:b w:val="0"/>
                <w:sz w:val="20"/>
              </w:rPr>
              <w:t>First name</w:t>
            </w:r>
            <w:r>
              <w:rPr>
                <w:b/>
                <w:color w:val="C00000"/>
                <w:sz w:val="20"/>
              </w:rPr>
              <w:t>*</w:t>
            </w:r>
          </w:p>
        </w:tc>
        <w:tc>
          <w:tcPr>
            <w:tcW w:type="dxa" w:w="6464"/>
            <w:tcBorders>
              <w:top w:val="single" w:sz="3" w:color="D9D9D9"/>
              <w:left w:val="single" w:sz="3" w:color="D9D9D9"/>
              <w:bottom w:val="single" w:sz="3" w:color="D9D9D9"/>
              <w:right w:val="single" w:sz="3" w:color="D9D9D9"/>
            </w:tcBorders>
            <w:tcMar>
              <w:top w:w="60" w:type="dxa"/>
              <w:bottom w:w="60" w:type="dxa"/>
              <w:left w:w="100" w:type="dxa"/>
              <w:right w:w="100" w:type="dxa"/>
            </w:tcMar>
            <w:shd w:fill="F5F6F7"/>
            <w:vAlign w:val="center"/>
          </w:tcPr>
          <w:p>
            <w:pPr>
              <w:spacing w:before="0" w:after="0" w:line="240" w:lineRule="exact"/>
              <w:snapToGrid w:val="0"/>
            </w:pPr>
            <w:sdt>
              <w:sdtPr>
                <w:alias w:val="shareholder officer first name"/>
                <w:tag w:val="shareholder_officer_first_name"/>
                <w:id w:val="44046"/>
                <w:text/>
                <w:showingPlcHdr/>
              </w:sdtPr>
              <w:sdtContent>
                <w:r>
                  <w:rPr>
                    <w:color w:val="666666"/>
                    <w:sz w:val="20"/>
                  </w:rPr>
                  <w:t>Click or tap here to enter text</w:t>
                </w:r>
              </w:sdtContent>
            </w:sdt>
          </w:p>
        </w:tc>
      </w:tr>
      <w:tr>
        <w:trPr>
          <w:trHeight w:val="338" w:hRule="atLeast"/>
          <w:cantSplit/>
        </w:trPr>
        <w:tc>
          <w:tcPr>
            <w:tcW w:type="dxa" w:w="3139"/>
            <w:tcBorders>
              <w:top w:val="single" w:sz="3" w:color="D9D9D9"/>
              <w:left w:val="single" w:sz="3" w:color="D9D9D9"/>
              <w:bottom w:val="single" w:sz="3" w:color="D9D9D9"/>
              <w:right w:val="single" w:sz="3" w:color="D9D9D9"/>
            </w:tcBorders>
            <w:tcMar>
              <w:top w:w="60" w:type="dxa"/>
              <w:bottom w:w="60" w:type="dxa"/>
              <w:left w:w="100" w:type="dxa"/>
              <w:right w:w="100" w:type="dxa"/>
            </w:tcMar>
            <w:vAlign w:val="center"/>
          </w:tcPr>
          <w:p>
            <w:pPr>
              <w:spacing w:before="0" w:after="0" w:line="240" w:lineRule="exact"/>
              <w:snapToGrid w:val="0"/>
            </w:pPr>
            <w:r>
              <w:rPr>
                <w:b w:val="0"/>
                <w:sz w:val="20"/>
              </w:rPr>
              <w:t>Middle name</w:t>
            </w:r>
          </w:p>
        </w:tc>
        <w:tc>
          <w:tcPr>
            <w:tcW w:type="dxa" w:w="6464"/>
            <w:tcBorders>
              <w:top w:val="single" w:sz="3" w:color="D9D9D9"/>
              <w:left w:val="single" w:sz="3" w:color="D9D9D9"/>
              <w:bottom w:val="single" w:sz="3" w:color="D9D9D9"/>
              <w:right w:val="single" w:sz="3" w:color="D9D9D9"/>
            </w:tcBorders>
            <w:tcMar>
              <w:top w:w="60" w:type="dxa"/>
              <w:bottom w:w="60" w:type="dxa"/>
              <w:left w:w="100" w:type="dxa"/>
              <w:right w:w="100" w:type="dxa"/>
            </w:tcMar>
            <w:shd w:fill="F5F6F7"/>
            <w:vAlign w:val="center"/>
          </w:tcPr>
          <w:p>
            <w:pPr>
              <w:spacing w:before="0" w:after="0" w:line="240" w:lineRule="exact"/>
              <w:snapToGrid w:val="0"/>
            </w:pPr>
            <w:sdt>
              <w:sdtPr>
                <w:alias w:val="shareholder officer middle name"/>
                <w:tag w:val="shareholder_officer_middle_name"/>
                <w:id w:val="44047"/>
                <w:text/>
                <w:showingPlcHdr/>
              </w:sdtPr>
              <w:sdtContent>
                <w:r>
                  <w:rPr>
                    <w:color w:val="666666"/>
                    <w:sz w:val="20"/>
                  </w:rPr>
                  <w:t>Click or tap here to enter text</w:t>
                </w:r>
              </w:sdtContent>
            </w:sdt>
          </w:p>
        </w:tc>
      </w:tr>
      <w:tr>
        <w:trPr>
          <w:trHeight w:val="338" w:hRule="atLeast"/>
          <w:cantSplit/>
        </w:trPr>
        <w:tc>
          <w:tcPr>
            <w:tcW w:type="dxa" w:w="3139"/>
            <w:tcBorders>
              <w:top w:val="single" w:sz="3" w:color="D9D9D9"/>
              <w:left w:val="single" w:sz="3" w:color="D9D9D9"/>
              <w:bottom w:val="single" w:sz="3" w:color="D9D9D9"/>
              <w:right w:val="single" w:sz="3" w:color="D9D9D9"/>
            </w:tcBorders>
            <w:tcMar>
              <w:top w:w="60" w:type="dxa"/>
              <w:bottom w:w="60" w:type="dxa"/>
              <w:left w:w="100" w:type="dxa"/>
              <w:right w:w="100" w:type="dxa"/>
            </w:tcMar>
            <w:vAlign w:val="center"/>
          </w:tcPr>
          <w:p>
            <w:pPr>
              <w:spacing w:before="0" w:after="0" w:line="240" w:lineRule="exact"/>
              <w:snapToGrid w:val="0"/>
            </w:pPr>
            <w:r>
              <w:rPr>
                <w:b w:val="0"/>
                <w:sz w:val="20"/>
              </w:rPr>
              <w:t>Last name</w:t>
            </w:r>
            <w:r>
              <w:rPr>
                <w:b/>
                <w:color w:val="C00000"/>
                <w:sz w:val="20"/>
              </w:rPr>
              <w:t>*</w:t>
            </w:r>
          </w:p>
        </w:tc>
        <w:tc>
          <w:tcPr>
            <w:tcW w:type="dxa" w:w="6464"/>
            <w:tcBorders>
              <w:top w:val="single" w:sz="3" w:color="D9D9D9"/>
              <w:left w:val="single" w:sz="3" w:color="D9D9D9"/>
              <w:bottom w:val="single" w:sz="3" w:color="D9D9D9"/>
              <w:right w:val="single" w:sz="3" w:color="D9D9D9"/>
            </w:tcBorders>
            <w:tcMar>
              <w:top w:w="60" w:type="dxa"/>
              <w:bottom w:w="60" w:type="dxa"/>
              <w:left w:w="100" w:type="dxa"/>
              <w:right w:w="100" w:type="dxa"/>
            </w:tcMar>
            <w:shd w:fill="F5F6F7"/>
            <w:vAlign w:val="center"/>
          </w:tcPr>
          <w:p>
            <w:pPr>
              <w:spacing w:before="0" w:after="0" w:line="240" w:lineRule="exact"/>
              <w:snapToGrid w:val="0"/>
            </w:pPr>
            <w:sdt>
              <w:sdtPr>
                <w:alias w:val="shareholder officer last name"/>
                <w:tag w:val="shareholder_officer_last_name"/>
                <w:id w:val="44048"/>
                <w:text/>
                <w:showingPlcHdr/>
              </w:sdtPr>
              <w:sdtContent>
                <w:r>
                  <w:rPr>
                    <w:color w:val="666666"/>
                    <w:sz w:val="20"/>
                  </w:rPr>
                  <w:t>Click or tap here to enter text</w:t>
                </w:r>
              </w:sdtContent>
            </w:sdt>
          </w:p>
        </w:tc>
      </w:tr>
    </w:tbl>
    <w:p>
      <w:pPr>
        <w:spacing w:after="20" w:before="0" w:line="20" w:lineRule="exact"/>
      </w:pPr>
      <w:r>
        <w:rPr>
          <w:sz w:val="2"/>
        </w:rPr>
        <w:t xml:space="preserve"> </w:t>
      </w:r>
    </w:p>
    <w:p>
      <w:pPr>
        <w:sectPr>
          <w:headerReference w:type="default" r:id="rId16"/>
          <w:footerReference w:type="default" r:id="rId18"/>
          <w:type w:val="nextPage"/>
          <w:pgSz w:w="11907" w:h="16840"/>
          <w:pgMar w:top="1843" w:right="1152" w:bottom="907" w:left="1152" w:header="346" w:footer="403" w:gutter="0"/>
          <w:cols w:space="720"/>
          <w:docGrid w:linePitch="360"/>
        </w:sectPr>
      </w:pPr>
    </w:p>
    <w:p>
      <w:pPr>
        <w:pStyle w:val="Heading1"/>
        <w:keepNext/>
      </w:pPr>
      <w:r>
        <w:t>4 Document reference</w:t>
      </w:r>
    </w:p>
    <w:tbl>
      <w:tblPr>
        <w:tblW w:type="auto" w:w="0"/>
        <w:jc w:val="center"/>
        <w:tblLayout w:type="fixed"/>
        <w:tblLook w:firstColumn="1" w:firstRow="1" w:lastColumn="0" w:lastRow="0" w:noHBand="0" w:noVBand="1" w:val="04A0"/>
      </w:tblPr>
      <w:tblGrid>
        <w:gridCol w:w="3139"/>
        <w:gridCol w:w="6464"/>
      </w:tblGrid>
      <w:tr>
        <w:trPr>
          <w:trHeight w:val="338" w:hRule="atLeast"/>
          <w:cantSplit/>
        </w:trPr>
        <w:tc>
          <w:tcPr>
            <w:tcW w:type="dxa" w:w="3139"/>
            <w:tcBorders>
              <w:top w:val="single" w:sz="3" w:color="D9D9D9"/>
              <w:left w:val="single" w:sz="3" w:color="D9D9D9"/>
              <w:bottom w:val="single" w:sz="3" w:color="D9D9D9"/>
              <w:right w:val="single" w:sz="3" w:color="D9D9D9"/>
            </w:tcBorders>
            <w:tcMar>
              <w:top w:w="60" w:type="dxa"/>
              <w:bottom w:w="60" w:type="dxa"/>
              <w:left w:w="100" w:type="dxa"/>
              <w:right w:w="100" w:type="dxa"/>
            </w:tcMar>
            <w:vAlign w:val="center"/>
          </w:tcPr>
          <w:p>
            <w:pPr>
              <w:spacing w:before="0" w:after="0" w:line="240" w:lineRule="exact"/>
              <w:snapToGrid w:val="0"/>
            </w:pPr>
            <w:r>
              <w:rPr>
                <w:b w:val="0"/>
                <w:sz w:val="20"/>
              </w:rPr>
              <w:t>Your document name</w:t>
            </w:r>
            <w:r>
              <w:rPr>
                <w:b/>
                <w:color w:val="C00000"/>
                <w:sz w:val="20"/>
              </w:rPr>
              <w:t>*</w:t>
            </w:r>
          </w:p>
        </w:tc>
        <w:tc>
          <w:tcPr>
            <w:tcW w:type="dxa" w:w="6464"/>
            <w:tcBorders>
              <w:top w:val="single" w:sz="3" w:color="D9D9D9"/>
              <w:left w:val="single" w:sz="3" w:color="D9D9D9"/>
              <w:bottom w:val="single" w:sz="3" w:color="D9D9D9"/>
              <w:right w:val="single" w:sz="3" w:color="D9D9D9"/>
            </w:tcBorders>
            <w:tcMar>
              <w:top w:w="60" w:type="dxa"/>
              <w:bottom w:w="60" w:type="dxa"/>
              <w:left w:w="100" w:type="dxa"/>
              <w:right w:w="100" w:type="dxa"/>
            </w:tcMar>
            <w:shd w:fill="F5F6F7"/>
            <w:vAlign w:val="center"/>
          </w:tcPr>
          <w:p>
            <w:pPr>
              <w:spacing w:before="0" w:after="0" w:line="240" w:lineRule="exact"/>
              <w:snapToGrid w:val="0"/>
            </w:pPr>
            <w:sdt>
              <w:sdtPr>
                <w:alias w:val="document name"/>
                <w:tag w:val="document_name"/>
                <w:id w:val="44049"/>
                <w:text/>
              </w:sdtPr>
              <w:sdtContent>
                <w:r>
                  <w:rPr>
                    <w:color w:val="666666"/>
                    <w:sz w:val="20"/>
                  </w:rPr>
                  <w:t>Company Constitution Replacement</w:t>
                </w:r>
              </w:sdtContent>
            </w:sdt>
          </w:p>
        </w:tc>
      </w:tr>
    </w:tbl>
    <w:p>
      <w:pPr>
        <w:spacing w:after="20" w:before="0" w:line="20" w:lineRule="exact"/>
      </w:pPr>
      <w:r>
        <w:rPr>
          <w:sz w:val="2"/>
        </w:rPr>
        <w:t xml:space="preserve"> </w:t>
      </w:r>
    </w:p>
    <w:p>
      <w:pPr>
        <w:pStyle w:val="Heading2"/>
        <w:keepNext/>
      </w:pPr>
      <w:r>
        <w:t>Document branding</w:t>
      </w:r>
    </w:p>
    <w:p>
      <w:pPr>
        <w:spacing w:after="60" w:before="0"/>
      </w:pPr>
      <w:sdt>
        <w:sdtPr>
          <w:alias w:val="Include my business logo on the document"/>
          <w:tag w:val="include_business_logo"/>
          <w:id w:val="44050"/>
          <w14:checkbox>
            <w14:checked w14:val="0"/>
            <w14:checkedState w14:val="2612" w14:font="DejaVu Sans"/>
            <w14:uncheckedState w14:val="2610" w14:font="DejaVu Sans"/>
          </w14:checkbox>
        </w:sdtPr>
        <w:sdtContent>
          <w:r>
            <w:rPr>
              <w:rFonts w:ascii="DejaVu Sans" w:hAnsi="DejaVu Sans"/>
            </w:rPr>
            <w:t>☐</w:t>
          </w:r>
        </w:sdtContent>
      </w:sdt>
      <w:r>
        <w:rPr>
          <w:b w:val="0"/>
        </w:rPr>
        <w:t xml:space="preserve"> Include my business logo on the document    </w:t>
      </w:r>
    </w:p>
    <w:p>
      <w:pPr>
        <w:spacing w:after="80" w:before="0"/>
      </w:pPr>
      <w:sdt>
        <w:sdtPr>
          <w:alias w:val="Remove Legal Consolidated’s logo from the document"/>
          <w:tag w:val="remove_lc_logo"/>
          <w:id w:val="44051"/>
          <w14:checkbox>
            <w14:checked w14:val="0"/>
            <w14:checkedState w14:val="2612" w14:font="DejaVu Sans"/>
            <w14:uncheckedState w14:val="2610" w14:font="DejaVu Sans"/>
          </w14:checkbox>
        </w:sdtPr>
        <w:sdtContent>
          <w:r>
            <w:rPr>
              <w:rFonts w:ascii="DejaVu Sans" w:hAnsi="DejaVu Sans"/>
            </w:rPr>
            <w:t>☐</w:t>
          </w:r>
        </w:sdtContent>
      </w:sdt>
      <w:r>
        <w:rPr>
          <w:b w:val="0"/>
        </w:rPr>
        <w:t xml:space="preserve"> Remove Legal Consolidated’s logo from the document    </w:t>
      </w:r>
    </w:p>
    <w:p>
      <w:pPr>
        <w:pStyle w:val="Heading2"/>
        <w:keepNext/>
      </w:pPr>
      <w:r>
        <w:t>Lawyer call back</w:t>
      </w:r>
    </w:p>
    <w:p>
      <w:pPr>
        <w:spacing w:after="60" w:before="0"/>
      </w:pPr>
      <w:sdt>
        <w:sdtPr>
          <w:alias w:val="Request a lawyer call-back to review and explain the legal documents"/>
          <w:tag w:val="lawyer_callback"/>
          <w:id w:val="44052"/>
          <w14:checkbox>
            <w14:checked w14:val="0"/>
            <w14:checkedState w14:val="2612" w14:font="DejaVu Sans"/>
            <w14:uncheckedState w14:val="2610" w14:font="DejaVu Sans"/>
          </w14:checkbox>
        </w:sdtPr>
        <w:sdtContent>
          <w:r>
            <w:rPr>
              <w:rFonts w:ascii="DejaVu Sans" w:hAnsi="DejaVu Sans"/>
            </w:rPr>
            <w:t>☐</w:t>
          </w:r>
        </w:sdtContent>
      </w:sdt>
      <w:r>
        <w:rPr>
          <w:b w:val="0"/>
        </w:rPr>
        <w:t xml:space="preserve"> Request a lawyer call-back to review and explain the legal documents    </w:t>
      </w:r>
    </w:p>
    <w:p>
      <w:pPr>
        <w:spacing w:after="120" w:before="0"/>
      </w:pPr>
      <w:r>
        <w:rPr>
          <w:b w:val="0"/>
          <w:sz w:val="18"/>
        </w:rPr>
        <w:t>Optional additional service. Select this option if you would like our law firm to review and explain the finished legal documents.</w:t>
      </w:r>
    </w:p>
    <w:p>
      <w:pPr>
        <w:pStyle w:val="Heading2"/>
        <w:keepNext/>
      </w:pPr>
      <w:r>
        <w:t>If you request a lawyer call back</w:t>
      </w:r>
    </w:p>
    <w:tbl>
      <w:tblPr>
        <w:tblW w:type="auto" w:w="0"/>
        <w:jc w:val="center"/>
        <w:tblLayout w:type="fixed"/>
        <w:tblLook w:firstColumn="1" w:firstRow="1" w:lastColumn="0" w:lastRow="0" w:noHBand="0" w:noVBand="1" w:val="04A0"/>
      </w:tblPr>
      <w:tblGrid>
        <w:gridCol w:w="3139"/>
        <w:gridCol w:w="6464"/>
      </w:tblGrid>
      <w:tr>
        <w:trPr>
          <w:trHeight w:val="338" w:hRule="atLeast"/>
          <w:cantSplit/>
        </w:trPr>
        <w:tc>
          <w:tcPr>
            <w:tcW w:type="dxa" w:w="3139"/>
            <w:tcBorders>
              <w:top w:val="single" w:sz="3" w:color="D9D9D9"/>
              <w:left w:val="single" w:sz="3" w:color="D9D9D9"/>
              <w:bottom w:val="single" w:sz="3" w:color="D9D9D9"/>
              <w:right w:val="single" w:sz="3" w:color="D9D9D9"/>
            </w:tcBorders>
            <w:tcMar>
              <w:top w:w="60" w:type="dxa"/>
              <w:bottom w:w="60" w:type="dxa"/>
              <w:left w:w="100" w:type="dxa"/>
              <w:right w:w="100" w:type="dxa"/>
            </w:tcMar>
            <w:vAlign w:val="center"/>
          </w:tcPr>
          <w:p>
            <w:pPr>
              <w:spacing w:before="0" w:after="0" w:line="240" w:lineRule="exact"/>
              <w:snapToGrid w:val="0"/>
            </w:pPr>
            <w:r>
              <w:rPr>
                <w:b w:val="0"/>
                <w:sz w:val="20"/>
              </w:rPr>
              <w:t>First name</w:t>
            </w:r>
            <w:r>
              <w:rPr>
                <w:b/>
                <w:color w:val="C00000"/>
                <w:sz w:val="20"/>
              </w:rPr>
              <w:t>*</w:t>
            </w:r>
          </w:p>
        </w:tc>
        <w:tc>
          <w:tcPr>
            <w:tcW w:type="dxa" w:w="6464"/>
            <w:tcBorders>
              <w:top w:val="single" w:sz="3" w:color="D9D9D9"/>
              <w:left w:val="single" w:sz="3" w:color="D9D9D9"/>
              <w:bottom w:val="single" w:sz="3" w:color="D9D9D9"/>
              <w:right w:val="single" w:sz="3" w:color="D9D9D9"/>
            </w:tcBorders>
            <w:tcMar>
              <w:top w:w="60" w:type="dxa"/>
              <w:bottom w:w="60" w:type="dxa"/>
              <w:left w:w="100" w:type="dxa"/>
              <w:right w:w="100" w:type="dxa"/>
            </w:tcMar>
            <w:shd w:fill="F5F6F7"/>
            <w:vAlign w:val="center"/>
          </w:tcPr>
          <w:p>
            <w:pPr>
              <w:spacing w:before="0" w:after="0" w:line="240" w:lineRule="exact"/>
              <w:snapToGrid w:val="0"/>
            </w:pPr>
            <w:sdt>
              <w:sdtPr>
                <w:alias w:val="callback first name"/>
                <w:tag w:val="callback_first_name"/>
                <w:id w:val="44053"/>
                <w:text/>
                <w:showingPlcHdr/>
              </w:sdtPr>
              <w:sdtContent>
                <w:r>
                  <w:rPr>
                    <w:color w:val="666666"/>
                    <w:sz w:val="20"/>
                  </w:rPr>
                  <w:t>Click or tap here to enter text</w:t>
                </w:r>
              </w:sdtContent>
            </w:sdt>
          </w:p>
        </w:tc>
      </w:tr>
      <w:tr>
        <w:trPr>
          <w:trHeight w:val="338" w:hRule="atLeast"/>
          <w:cantSplit/>
        </w:trPr>
        <w:tc>
          <w:tcPr>
            <w:tcW w:type="dxa" w:w="3139"/>
            <w:tcBorders>
              <w:top w:val="single" w:sz="3" w:color="D9D9D9"/>
              <w:left w:val="single" w:sz="3" w:color="D9D9D9"/>
              <w:bottom w:val="single" w:sz="3" w:color="D9D9D9"/>
              <w:right w:val="single" w:sz="3" w:color="D9D9D9"/>
            </w:tcBorders>
            <w:tcMar>
              <w:top w:w="60" w:type="dxa"/>
              <w:bottom w:w="60" w:type="dxa"/>
              <w:left w:w="100" w:type="dxa"/>
              <w:right w:w="100" w:type="dxa"/>
            </w:tcMar>
            <w:vAlign w:val="center"/>
          </w:tcPr>
          <w:p>
            <w:pPr>
              <w:spacing w:before="0" w:after="0" w:line="240" w:lineRule="exact"/>
              <w:snapToGrid w:val="0"/>
            </w:pPr>
            <w:r>
              <w:rPr>
                <w:b w:val="0"/>
                <w:sz w:val="20"/>
              </w:rPr>
              <w:t>Middle name</w:t>
            </w:r>
          </w:p>
        </w:tc>
        <w:tc>
          <w:tcPr>
            <w:tcW w:type="dxa" w:w="6464"/>
            <w:tcBorders>
              <w:top w:val="single" w:sz="3" w:color="D9D9D9"/>
              <w:left w:val="single" w:sz="3" w:color="D9D9D9"/>
              <w:bottom w:val="single" w:sz="3" w:color="D9D9D9"/>
              <w:right w:val="single" w:sz="3" w:color="D9D9D9"/>
            </w:tcBorders>
            <w:tcMar>
              <w:top w:w="60" w:type="dxa"/>
              <w:bottom w:w="60" w:type="dxa"/>
              <w:left w:w="100" w:type="dxa"/>
              <w:right w:w="100" w:type="dxa"/>
            </w:tcMar>
            <w:shd w:fill="F5F6F7"/>
            <w:vAlign w:val="center"/>
          </w:tcPr>
          <w:p>
            <w:pPr>
              <w:spacing w:before="0" w:after="0" w:line="240" w:lineRule="exact"/>
              <w:snapToGrid w:val="0"/>
            </w:pPr>
            <w:sdt>
              <w:sdtPr>
                <w:alias w:val="callback middle name"/>
                <w:tag w:val="callback_middle_name"/>
                <w:id w:val="44054"/>
                <w:text/>
                <w:showingPlcHdr/>
              </w:sdtPr>
              <w:sdtContent>
                <w:r>
                  <w:rPr>
                    <w:color w:val="666666"/>
                    <w:sz w:val="20"/>
                  </w:rPr>
                  <w:t>Click or tap here to enter text</w:t>
                </w:r>
              </w:sdtContent>
            </w:sdt>
          </w:p>
        </w:tc>
      </w:tr>
      <w:tr>
        <w:trPr>
          <w:trHeight w:val="338" w:hRule="atLeast"/>
          <w:cantSplit/>
        </w:trPr>
        <w:tc>
          <w:tcPr>
            <w:tcW w:type="dxa" w:w="3139"/>
            <w:tcBorders>
              <w:top w:val="single" w:sz="3" w:color="D9D9D9"/>
              <w:left w:val="single" w:sz="3" w:color="D9D9D9"/>
              <w:bottom w:val="single" w:sz="3" w:color="D9D9D9"/>
              <w:right w:val="single" w:sz="3" w:color="D9D9D9"/>
            </w:tcBorders>
            <w:tcMar>
              <w:top w:w="60" w:type="dxa"/>
              <w:bottom w:w="60" w:type="dxa"/>
              <w:left w:w="100" w:type="dxa"/>
              <w:right w:w="100" w:type="dxa"/>
            </w:tcMar>
            <w:vAlign w:val="center"/>
          </w:tcPr>
          <w:p>
            <w:pPr>
              <w:spacing w:before="0" w:after="0" w:line="240" w:lineRule="exact"/>
              <w:snapToGrid w:val="0"/>
            </w:pPr>
            <w:r>
              <w:rPr>
                <w:b w:val="0"/>
                <w:sz w:val="20"/>
              </w:rPr>
              <w:t>Last name</w:t>
            </w:r>
            <w:r>
              <w:rPr>
                <w:b/>
                <w:color w:val="C00000"/>
                <w:sz w:val="20"/>
              </w:rPr>
              <w:t>*</w:t>
            </w:r>
          </w:p>
        </w:tc>
        <w:tc>
          <w:tcPr>
            <w:tcW w:type="dxa" w:w="6464"/>
            <w:tcBorders>
              <w:top w:val="single" w:sz="3" w:color="D9D9D9"/>
              <w:left w:val="single" w:sz="3" w:color="D9D9D9"/>
              <w:bottom w:val="single" w:sz="3" w:color="D9D9D9"/>
              <w:right w:val="single" w:sz="3" w:color="D9D9D9"/>
            </w:tcBorders>
            <w:tcMar>
              <w:top w:w="60" w:type="dxa"/>
              <w:bottom w:w="60" w:type="dxa"/>
              <w:left w:w="100" w:type="dxa"/>
              <w:right w:w="100" w:type="dxa"/>
            </w:tcMar>
            <w:shd w:fill="F5F6F7"/>
            <w:vAlign w:val="center"/>
          </w:tcPr>
          <w:p>
            <w:pPr>
              <w:spacing w:before="0" w:after="0" w:line="240" w:lineRule="exact"/>
              <w:snapToGrid w:val="0"/>
            </w:pPr>
            <w:sdt>
              <w:sdtPr>
                <w:alias w:val="callback last name"/>
                <w:tag w:val="callback_last_name"/>
                <w:id w:val="44055"/>
                <w:text/>
                <w:showingPlcHdr/>
              </w:sdtPr>
              <w:sdtContent>
                <w:r>
                  <w:rPr>
                    <w:color w:val="666666"/>
                    <w:sz w:val="20"/>
                  </w:rPr>
                  <w:t>Click or tap here to enter text</w:t>
                </w:r>
              </w:sdtContent>
            </w:sdt>
          </w:p>
        </w:tc>
      </w:tr>
      <w:tr>
        <w:trPr>
          <w:trHeight w:val="338" w:hRule="atLeast"/>
          <w:cantSplit/>
        </w:trPr>
        <w:tc>
          <w:tcPr>
            <w:tcW w:type="dxa" w:w="3139"/>
            <w:tcBorders>
              <w:top w:val="single" w:sz="3" w:color="D9D9D9"/>
              <w:left w:val="single" w:sz="3" w:color="D9D9D9"/>
              <w:bottom w:val="single" w:sz="3" w:color="D9D9D9"/>
              <w:right w:val="single" w:sz="3" w:color="D9D9D9"/>
            </w:tcBorders>
            <w:tcMar>
              <w:top w:w="60" w:type="dxa"/>
              <w:bottom w:w="60" w:type="dxa"/>
              <w:left w:w="100" w:type="dxa"/>
              <w:right w:w="100" w:type="dxa"/>
            </w:tcMar>
            <w:vAlign w:val="center"/>
          </w:tcPr>
          <w:p>
            <w:pPr>
              <w:spacing w:before="0" w:after="0" w:line="240" w:lineRule="exact"/>
              <w:snapToGrid w:val="0"/>
            </w:pPr>
            <w:r>
              <w:rPr>
                <w:b w:val="0"/>
                <w:sz w:val="20"/>
              </w:rPr>
              <w:t>Telephone number</w:t>
            </w:r>
            <w:r>
              <w:rPr>
                <w:b/>
                <w:color w:val="C00000"/>
                <w:sz w:val="20"/>
              </w:rPr>
              <w:t>*</w:t>
            </w:r>
          </w:p>
        </w:tc>
        <w:tc>
          <w:tcPr>
            <w:tcW w:type="dxa" w:w="6464"/>
            <w:tcBorders>
              <w:top w:val="single" w:sz="3" w:color="D9D9D9"/>
              <w:left w:val="single" w:sz="3" w:color="D9D9D9"/>
              <w:bottom w:val="single" w:sz="3" w:color="D9D9D9"/>
              <w:right w:val="single" w:sz="3" w:color="D9D9D9"/>
            </w:tcBorders>
            <w:tcMar>
              <w:top w:w="60" w:type="dxa"/>
              <w:bottom w:w="60" w:type="dxa"/>
              <w:left w:w="100" w:type="dxa"/>
              <w:right w:w="100" w:type="dxa"/>
            </w:tcMar>
            <w:shd w:fill="F5F6F7"/>
            <w:vAlign w:val="center"/>
          </w:tcPr>
          <w:p>
            <w:pPr>
              <w:spacing w:before="0" w:after="0" w:line="240" w:lineRule="exact"/>
              <w:snapToGrid w:val="0"/>
            </w:pPr>
            <w:sdt>
              <w:sdtPr>
                <w:alias w:val="callback telephone"/>
                <w:tag w:val="callback_telephone"/>
                <w:id w:val="44056"/>
                <w:text/>
                <w:showingPlcHdr/>
              </w:sdtPr>
              <w:sdtContent>
                <w:r>
                  <w:rPr>
                    <w:color w:val="666666"/>
                    <w:sz w:val="20"/>
                  </w:rPr>
                  <w:t>Click or tap here to enter text</w:t>
                </w:r>
              </w:sdtContent>
            </w:sdt>
          </w:p>
        </w:tc>
      </w:tr>
    </w:tbl>
    <w:p>
      <w:pPr>
        <w:spacing w:after="20" w:before="0" w:line="20" w:lineRule="exact"/>
      </w:pPr>
      <w:r>
        <w:rPr>
          <w:sz w:val="2"/>
        </w:rPr>
        <w:t xml:space="preserve"> </w:t>
      </w:r>
    </w:p>
    <w:p>
      <w:pPr>
        <w:spacing w:after="160" w:before="0"/>
      </w:pPr>
      <w:hyperlink r:id="rId1">
        <w:r>
          <w:rPr>
            <w:u w:val="single"/>
            <w:b/>
          </w:rPr>
          <w:t>START FOR FREE</w:t>
        </w:r>
      </w:hyperlink>
    </w:p>
    <w:tbl>
      <w:tblPr>
        <w:tblW w:type="auto" w:w="0"/>
        <w:jc w:val="center"/>
        <w:tblLayout w:type="fixed"/>
        <w:tblLook w:firstColumn="1" w:firstRow="1" w:lastColumn="0" w:lastRow="0" w:noHBand="0" w:noVBand="1" w:val="04A0"/>
      </w:tblPr>
      <w:tblGrid>
        <w:gridCol w:w="7760"/>
        <w:gridCol w:w="1843"/>
      </w:tblGrid>
      <w:tr>
        <w:tc>
          <w:tcPr>
            <w:tcW w:type="dxa" w:w="7760"/>
            <w:tcBorders>
              <w:top w:val="single" w:sz="3" w:color="D9D9D9"/>
              <w:left w:val="single" w:sz="3" w:color="D9D9D9"/>
              <w:bottom w:val="single" w:sz="3" w:color="D9D9D9"/>
              <w:right w:val="single" w:sz="3" w:color="D9D9D9"/>
            </w:tcBorders>
            <w:tcMar>
              <w:top w:w="60" w:type="dxa"/>
              <w:bottom w:w="60" w:type="dxa"/>
              <w:left w:w="100" w:type="dxa"/>
              <w:right w:w="100" w:type="dxa"/>
            </w:tcMar>
            <w:shd w:fill="EEF3F6"/>
            <w:vAlign w:val="center"/>
          </w:tcPr>
          <w:p>
            <w:pPr>
              <w:spacing w:after="100"/>
            </w:pPr>
            <w:r>
              <w:rPr>
                <w:b/>
                <w:sz w:val="20"/>
              </w:rPr>
              <w:t>Legal Consolidated Barristers &amp; Solicitors</w:t>
            </w:r>
          </w:p>
          <w:p>
            <w:pPr>
              <w:spacing w:after="80"/>
            </w:pPr>
            <w:r>
              <w:rPr>
                <w:b w:val="0"/>
                <w:sz w:val="19"/>
              </w:rPr>
              <w:t>Specialist company lawyers can help you, your lawyer, accountant or financial planner answer the questions.</w:t>
            </w:r>
          </w:p>
          <w:p>
            <w:pPr>
              <w:spacing w:after="60"/>
            </w:pPr>
            <w:r>
              <w:rPr>
                <w:b/>
                <w:sz w:val="20"/>
              </w:rPr>
              <w:t>Telephone 1800 141 612</w:t>
            </w:r>
          </w:p>
          <w:p>
            <w:pPr>
              <w:spacing w:after="60"/>
            </w:pPr>
            <w:hyperlink r:id="rId13">
              <w:r>
                <w:rPr>
                  <w:u w:val="single"/>
                </w:rPr>
                <w:t>lawyer@legalconsolidated.com.au</w:t>
              </w:r>
            </w:hyperlink>
          </w:p>
          <w:p>
            <w:pPr>
              <w:spacing w:after="0"/>
            </w:pPr>
            <w:r>
              <w:rPr>
                <w:b w:val="0"/>
                <w:sz w:val="18"/>
              </w:rPr>
              <w:t>Login help  admin@legalconsolidated.com.au</w:t>
            </w:r>
          </w:p>
        </w:tc>
        <w:tc>
          <w:tcPr>
            <w:tcW w:type="dxa" w:w="1843"/>
            <w:tcBorders>
              <w:top w:val="single" w:sz="3" w:color="D9D9D9"/>
              <w:left w:val="single" w:sz="3" w:color="D9D9D9"/>
              <w:bottom w:val="single" w:sz="3" w:color="D9D9D9"/>
              <w:right w:val="single" w:sz="3" w:color="D9D9D9"/>
            </w:tcBorders>
            <w:tcMar>
              <w:top w:w="60" w:type="dxa"/>
              <w:bottom w:w="60" w:type="dxa"/>
              <w:left w:w="100" w:type="dxa"/>
              <w:right w:w="100" w:type="dxa"/>
            </w:tcMar>
            <w:shd w:fill="EEF3F6"/>
            <w:vAlign w:val="center"/>
          </w:tcPr>
          <w:p>
            <w:pPr>
              <w:spacing w:after="0"/>
              <w:jc w:val="center"/>
            </w:pPr>
            <w:r>
              <w:drawing>
                <wp:inline xmlns:a="http://schemas.openxmlformats.org/drawingml/2006/main" xmlns:pic="http://schemas.openxmlformats.org/drawingml/2006/picture">
                  <wp:extent cx="932688" cy="1383487"/>
                  <wp:docPr id="1" name="Picture 1" descr="Company Constitution Replacement book-cover image from Legal Consolidated’s Company Constitution Replacement webpage."/>
                  <wp:cNvGraphicFramePr>
                    <a:graphicFrameLocks noChangeAspect="1"/>
                  </wp:cNvGraphicFramePr>
                  <a:graphic>
                    <a:graphicData uri="http://schemas.openxmlformats.org/drawingml/2006/picture">
                      <pic:pic>
                        <pic:nvPicPr>
                          <pic:cNvPr id="0" name="company_constitution_cover.png"/>
                          <pic:cNvPicPr/>
                        </pic:nvPicPr>
                        <pic:blipFill>
                          <a:blip r:embed="rId11"/>
                          <a:stretch>
                            <a:fillRect/>
                          </a:stretch>
                        </pic:blipFill>
                        <pic:spPr>
                          <a:xfrm>
                            <a:off x="0" y="0"/>
                            <a:ext cx="932688" cy="1383487"/>
                          </a:xfrm>
                          <a:prstGeom prst="rect"/>
                        </pic:spPr>
                      </pic:pic>
                    </a:graphicData>
                  </a:graphic>
                </wp:inline>
              </w:drawing>
            </w:r>
          </w:p>
        </w:tc>
      </w:tr>
    </w:tbl>
    <w:sectPr w:rsidR="00FC693F" w:rsidRPr="0006063C" w:rsidSect="00034616">
      <w:headerReference w:type="default" r:id="rId17"/>
      <w:footerReference w:type="default" r:id="rId18"/>
      <w:type w:val="nextPage"/>
      <w:pgSz w:w="11907" w:h="16840"/>
      <w:pgMar w:top="1843" w:right="1152" w:bottom="907" w:left="1152" w:header="346" w:footer="403"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pPr>
    <w:r>
      <w:rPr>
        <w:rFonts w:ascii="Arial" w:hAnsi="Arial"/>
        <w:i/>
        <w:sz w:val="20"/>
      </w:rPr>
      <w:t>Liability limited by a scheme approved under Professional Standards Legislation</w:t>
    </w:r>
  </w:p>
</w:ftr>
</file>

<file path=word/footer2.xml><?xml version="1.0" encoding="utf-8"?>
<w:ftr xmlns:w="http://schemas.openxmlformats.org/wordprocessingml/2006/main">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60"/>
      <w:jc w:val="right"/>
    </w:pPr>
    <w:r>
      <w:drawing>
        <wp:inline xmlns:a="http://schemas.openxmlformats.org/drawingml/2006/main" xmlns:pic="http://schemas.openxmlformats.org/drawingml/2006/picture">
          <wp:extent cx="1975104" cy="674202"/>
          <wp:docPr id="1" name="Picture 1" descr="Legal Consolidated logo"/>
          <wp:cNvGraphicFramePr>
            <a:graphicFrameLocks noChangeAspect="1"/>
          </wp:cNvGraphicFramePr>
          <a:graphic>
            <a:graphicData uri="http://schemas.openxmlformats.org/drawingml/2006/picture">
              <pic:pic>
                <pic:nvPicPr>
                  <pic:cNvPr id="0" name="image4.png"/>
                  <pic:cNvPicPr/>
                </pic:nvPicPr>
                <pic:blipFill>
                  <a:blip r:embed="rId1"/>
                  <a:stretch>
                    <a:fillRect/>
                  </a:stretch>
                </pic:blipFill>
                <pic:spPr>
                  <a:xfrm>
                    <a:off x="0" y="0"/>
                    <a:ext cx="1975104" cy="674202"/>
                  </a:xfrm>
                  <a:prstGeom prst="rect"/>
                </pic:spPr>
              </pic:pic>
            </a:graphicData>
          </a:graphic>
        </wp:inline>
      </w:drawing>
    </w:r>
  </w:p>
  <w:p>
    <w:pPr>
      <w:pStyle w:val="Header"/>
      <w:spacing w:before="0" w:after="100" w:line="200" w:lineRule="exact"/>
      <w:ind w:left="7157"/>
    </w:pPr>
    <w:r>
      <w:rPr>
        <w:b/>
        <w:sz w:val="18"/>
      </w:rPr>
      <w:t>National Law Firm</w:t>
    </w:r>
  </w:p>
  <w:p>
    <w:pPr>
      <w:pStyle w:val="Header"/>
      <w:spacing w:before="0" w:after="0" w:line="200" w:lineRule="exact"/>
      <w:ind w:left="7157"/>
    </w:pPr>
    <w:r>
      <w:rPr>
        <w:b/>
        <w:sz w:val="18"/>
      </w:rPr>
      <w:t>Head Office</w:t>
    </w:r>
  </w:p>
  <w:p>
    <w:pPr>
      <w:pStyle w:val="Header"/>
      <w:spacing w:before="0" w:after="0" w:line="200" w:lineRule="exact"/>
      <w:ind w:left="7157"/>
    </w:pPr>
    <w:r>
      <w:rPr>
        <w:b w:val="0"/>
        <w:sz w:val="18"/>
      </w:rPr>
      <w:t>18 Stirling Highway</w:t>
    </w:r>
  </w:p>
  <w:p>
    <w:pPr>
      <w:pStyle w:val="Header"/>
      <w:spacing w:before="0" w:after="100" w:line="200" w:lineRule="exact"/>
      <w:ind w:left="7157"/>
    </w:pPr>
    <w:r>
      <w:rPr>
        <w:b w:val="0"/>
        <w:sz w:val="18"/>
      </w:rPr>
      <w:t>Nedlands WA 6009</w:t>
    </w:r>
  </w:p>
  <w:p>
    <w:pPr>
      <w:pStyle w:val="Header"/>
      <w:spacing w:before="0" w:after="100" w:line="200" w:lineRule="exact"/>
      <w:ind w:left="7157"/>
    </w:pPr>
    <w:r>
      <w:rPr>
        <w:b w:val="0"/>
        <w:sz w:val="18"/>
      </w:rPr>
      <w:t>T: 1800 141 612</w:t>
    </w:r>
  </w:p>
  <w:p>
    <w:pPr>
      <w:pStyle w:val="Header"/>
      <w:spacing w:before="0" w:after="0" w:line="200" w:lineRule="exact"/>
      <w:ind w:left="7157"/>
    </w:pPr>
    <w:r>
      <w:rPr>
        <w:b/>
        <w:sz w:val="18"/>
      </w:rPr>
      <w:t>legalconsolidated.com.au</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tblW w:type="auto" w:w="0"/>
      <w:jc w:val="left"/>
      <w:tblLayout w:type="fixed"/>
      <w:tblLook w:firstColumn="1" w:firstRow="1" w:lastColumn="0" w:lastRow="0" w:noHBand="0" w:noVBand="1" w:val="04A0"/>
    </w:tblPr>
    <w:tblGrid>
      <w:gridCol w:w="6493"/>
      <w:gridCol w:w="3110"/>
    </w:tblGrid>
    <w:tr>
      <w:tc>
        <w:tcPr>
          <w:tcW w:type="dxa" w:w="6493"/>
          <w:vAlign w:val="center"/>
          <w:tcMar>
            <w:top w:w="0" w:type="dxa"/>
            <w:left w:w="0" w:type="dxa"/>
            <w:bottom w:w="0" w:type="dxa"/>
            <w:right w:w="0" w:type="dxa"/>
            <w:start w:w="0" w:type="dxa"/>
            <w:end w:w="0" w:type="dxa"/>
          </w:tcMar>
          <w:tcBorders>
            <w:top w:val="nil"/>
            <w:left w:val="nil"/>
            <w:bottom w:val="nil"/>
            <w:right w:val="nil"/>
          </w:tcBorders>
        </w:tcPr>
        <w:p>
          <w:pPr>
            <w:pStyle w:val="Header"/>
            <w:spacing w:before="0" w:after="40" w:line="240" w:lineRule="exact"/>
          </w:pPr>
          <w:r>
            <w:rPr>
              <w:rFonts w:ascii="Arial" w:hAnsi="Arial"/>
              <w:i/>
              <w:color w:val="000000"/>
              <w:sz w:val="20"/>
            </w:rPr>
            <w:t>Company Constitution Replacement and Update Checklist</w:t>
          </w:r>
        </w:p>
        <w:p>
          <w:pPr>
            <w:pStyle w:val="Header"/>
            <w:spacing w:before="0" w:after="20" w:line="220" w:lineRule="exact"/>
            <w:pBdr>
              <w:bottom w:val="single" w:sz="6" w:space="3" w:color="000000"/>
            </w:pBdr>
          </w:pPr>
          <w:r>
            <w:rPr>
              <w:i/>
              <w:sz w:val="18"/>
            </w:rPr>
            <w:t xml:space="preserve">Page </w:t>
          </w:r>
          <w:r>
            <w:rPr>
              <w:rFonts w:ascii="Arial" w:hAnsi="Arial"/>
              <w:i/>
              <w:sz w:val="18"/>
              <w:color w:val="000000"/>
            </w:rPr>
            <w:fldChar w:fldCharType="begin"/>
          </w:r>
          <w:r>
            <w:rPr>
              <w:rFonts w:ascii="Arial" w:hAnsi="Arial"/>
              <w:i/>
              <w:sz w:val="18"/>
              <w:color w:val="000000"/>
            </w:rPr>
            <w:instrText xml:space="preserve"> PAGE \* Arabic </w:instrText>
          </w:r>
          <w:r>
            <w:rPr>
              <w:rFonts w:ascii="Arial" w:hAnsi="Arial"/>
              <w:i/>
              <w:sz w:val="18"/>
              <w:color w:val="000000"/>
            </w:rPr>
            <w:fldChar w:fldCharType="separate"/>
          </w:r>
          <w:r>
            <w:rPr>
              <w:rFonts w:ascii="Arial" w:hAnsi="Arial"/>
              <w:i/>
              <w:sz w:val="18"/>
              <w:color w:val="000000"/>
            </w:rPr>
            <w:t>2</w:t>
          </w:r>
          <w:r>
            <w:rPr>
              <w:rFonts w:ascii="Arial" w:hAnsi="Arial"/>
              <w:i/>
              <w:sz w:val="18"/>
              <w:color w:val="000000"/>
            </w:rPr>
            <w:fldChar w:fldCharType="end"/>
          </w:r>
        </w:p>
      </w:tc>
      <w:tc>
        <w:tcPr>
          <w:tcW w:type="dxa" w:w="3110"/>
          <w:vAlign w:val="center"/>
          <w:tcMar>
            <w:top w:w="0" w:type="dxa"/>
            <w:left w:w="0" w:type="dxa"/>
            <w:bottom w:w="0" w:type="dxa"/>
            <w:right w:w="0" w:type="dxa"/>
            <w:start w:w="0" w:type="dxa"/>
            <w:end w:w="0" w:type="dxa"/>
          </w:tcMar>
          <w:tcBorders>
            <w:top w:val="nil"/>
            <w:left w:val="nil"/>
            <w:bottom w:val="nil"/>
            <w:right w:val="nil"/>
          </w:tcBorders>
        </w:tcPr>
        <w:p>
          <w:pPr>
            <w:pStyle w:val="Header"/>
            <w:spacing w:before="0" w:after="0"/>
            <w:jc w:val="right"/>
          </w:pPr>
          <w:r>
            <w:drawing>
              <wp:inline xmlns:a="http://schemas.openxmlformats.org/drawingml/2006/main" xmlns:pic="http://schemas.openxmlformats.org/drawingml/2006/picture">
                <wp:extent cx="1783080" cy="608654"/>
                <wp:docPr id="1" name="Picture 1" descr="Legal Consolidated logo"/>
                <wp:cNvGraphicFramePr>
                  <a:graphicFrameLocks noChangeAspect="1"/>
                </wp:cNvGraphicFramePr>
                <a:graphic>
                  <a:graphicData uri="http://schemas.openxmlformats.org/drawingml/2006/picture">
                    <pic:pic>
                      <pic:nvPicPr>
                        <pic:cNvPr id="0" name="image.png"/>
                        <pic:cNvPicPr/>
                      </pic:nvPicPr>
                      <pic:blipFill>
                        <a:blip r:embed="rId1"/>
                        <a:stretch>
                          <a:fillRect/>
                        </a:stretch>
                      </pic:blipFill>
                      <pic:spPr>
                        <a:xfrm>
                          <a:off x="0" y="0"/>
                          <a:ext cx="1783080" cy="608654"/>
                        </a:xfrm>
                        <a:prstGeom prst="rect"/>
                      </pic:spPr>
                    </pic:pic>
                  </a:graphicData>
                </a:graphic>
              </wp:inline>
            </w:drawing>
          </w:r>
        </w:p>
      </w:tc>
    </w:tr>
  </w:tbl>
  <w:p>
    <w:pPr>
      <w:spacing w:before="0" w:after="0" w:line="20" w:lineRule="exact"/>
    </w:pPr>
    <w:r>
      <w:rPr>
        <w:sz w:val="2"/>
      </w:rPr>
      <w:t xml:space="preserve"> </w:t>
    </w: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tblW w:type="auto" w:w="0"/>
      <w:jc w:val="left"/>
      <w:tblLayout w:type="fixed"/>
      <w:tblLook w:firstColumn="1" w:firstRow="1" w:lastColumn="0" w:lastRow="0" w:noHBand="0" w:noVBand="1" w:val="04A0"/>
    </w:tblPr>
    <w:tblGrid>
      <w:gridCol w:w="6493"/>
      <w:gridCol w:w="3110"/>
    </w:tblGrid>
    <w:tr>
      <w:tc>
        <w:tcPr>
          <w:tcW w:type="dxa" w:w="6493"/>
          <w:vAlign w:val="center"/>
          <w:tcMar>
            <w:top w:w="0" w:type="dxa"/>
            <w:left w:w="0" w:type="dxa"/>
            <w:bottom w:w="0" w:type="dxa"/>
            <w:right w:w="0" w:type="dxa"/>
            <w:start w:w="0" w:type="dxa"/>
            <w:end w:w="0" w:type="dxa"/>
          </w:tcMar>
          <w:tcBorders>
            <w:top w:val="nil"/>
            <w:left w:val="nil"/>
            <w:bottom w:val="nil"/>
            <w:right w:val="nil"/>
          </w:tcBorders>
        </w:tcPr>
        <w:p>
          <w:pPr>
            <w:pStyle w:val="Header"/>
            <w:spacing w:before="0" w:after="40" w:line="240" w:lineRule="exact"/>
          </w:pPr>
          <w:r>
            <w:rPr>
              <w:rFonts w:ascii="Arial" w:hAnsi="Arial"/>
              <w:i/>
              <w:color w:val="000000"/>
              <w:sz w:val="20"/>
            </w:rPr>
            <w:t>Company Constitution Replacement and Update Checklist</w:t>
          </w:r>
        </w:p>
        <w:p>
          <w:pPr>
            <w:pStyle w:val="Header"/>
            <w:spacing w:before="0" w:after="20" w:line="220" w:lineRule="exact"/>
            <w:pBdr>
              <w:bottom w:val="single" w:sz="6" w:space="3" w:color="000000"/>
            </w:pBdr>
          </w:pPr>
          <w:r>
            <w:rPr>
              <w:i/>
              <w:sz w:val="18"/>
            </w:rPr>
            <w:t xml:space="preserve">Page </w:t>
          </w:r>
          <w:r>
            <w:rPr>
              <w:rFonts w:ascii="Arial" w:hAnsi="Arial"/>
              <w:i/>
              <w:sz w:val="18"/>
              <w:color w:val="000000"/>
            </w:rPr>
            <w:fldChar w:fldCharType="begin"/>
          </w:r>
          <w:r>
            <w:rPr>
              <w:rFonts w:ascii="Arial" w:hAnsi="Arial"/>
              <w:i/>
              <w:sz w:val="18"/>
              <w:color w:val="000000"/>
            </w:rPr>
            <w:instrText xml:space="preserve"> PAGE \* Arabic </w:instrText>
          </w:r>
          <w:r>
            <w:rPr>
              <w:rFonts w:ascii="Arial" w:hAnsi="Arial"/>
              <w:i/>
              <w:sz w:val="18"/>
              <w:color w:val="000000"/>
            </w:rPr>
            <w:fldChar w:fldCharType="separate"/>
          </w:r>
          <w:r>
            <w:rPr>
              <w:rFonts w:ascii="Arial" w:hAnsi="Arial"/>
              <w:i/>
              <w:sz w:val="18"/>
              <w:color w:val="000000"/>
            </w:rPr>
            <w:t>3</w:t>
          </w:r>
          <w:r>
            <w:rPr>
              <w:rFonts w:ascii="Arial" w:hAnsi="Arial"/>
              <w:i/>
              <w:sz w:val="18"/>
              <w:color w:val="000000"/>
            </w:rPr>
            <w:fldChar w:fldCharType="end"/>
          </w:r>
        </w:p>
      </w:tc>
      <w:tc>
        <w:tcPr>
          <w:tcW w:type="dxa" w:w="3110"/>
          <w:vAlign w:val="center"/>
          <w:tcMar>
            <w:top w:w="0" w:type="dxa"/>
            <w:left w:w="0" w:type="dxa"/>
            <w:bottom w:w="0" w:type="dxa"/>
            <w:right w:w="0" w:type="dxa"/>
            <w:start w:w="0" w:type="dxa"/>
            <w:end w:w="0" w:type="dxa"/>
          </w:tcMar>
          <w:tcBorders>
            <w:top w:val="nil"/>
            <w:left w:val="nil"/>
            <w:bottom w:val="nil"/>
            <w:right w:val="nil"/>
          </w:tcBorders>
        </w:tcPr>
        <w:p>
          <w:pPr>
            <w:pStyle w:val="Header"/>
            <w:spacing w:before="0" w:after="0"/>
            <w:jc w:val="right"/>
          </w:pPr>
          <w:r>
            <w:drawing>
              <wp:inline xmlns:a="http://schemas.openxmlformats.org/drawingml/2006/main" xmlns:pic="http://schemas.openxmlformats.org/drawingml/2006/picture">
                <wp:extent cx="1783080" cy="608654"/>
                <wp:docPr id="13" name="Picture 1" descr="Legal Consolidated logo"/>
                <wp:cNvGraphicFramePr>
                  <a:graphicFrameLocks noChangeAspect="1"/>
                </wp:cNvGraphicFramePr>
                <a:graphic>
                  <a:graphicData uri="http://schemas.openxmlformats.org/drawingml/2006/picture">
                    <pic:pic>
                      <pic:nvPicPr>
                        <pic:cNvPr id="0" name="image.png"/>
                        <pic:cNvPicPr/>
                      </pic:nvPicPr>
                      <pic:blipFill>
                        <a:blip r:embed="rId1"/>
                        <a:stretch>
                          <a:fillRect/>
                        </a:stretch>
                      </pic:blipFill>
                      <pic:spPr>
                        <a:xfrm>
                          <a:off x="0" y="0"/>
                          <a:ext cx="1783080" cy="608654"/>
                        </a:xfrm>
                        <a:prstGeom prst="rect"/>
                      </pic:spPr>
                    </pic:pic>
                  </a:graphicData>
                </a:graphic>
              </wp:inline>
            </w:drawing>
          </w:r>
        </w:p>
      </w:tc>
    </w:tr>
  </w:tbl>
  <w:p>
    <w:pPr>
      <w:spacing w:before="0" w:after="0" w:line="20" w:lineRule="exact"/>
    </w:pPr>
    <w:r>
      <w:rPr>
        <w:sz w:val="2"/>
      </w:rPr>
      <w:t xml:space="preserve"> </w:t>
    </w:r>
  </w:p>
</w:hdr>
</file>

<file path=word/header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tblW w:type="auto" w:w="0"/>
      <w:jc w:val="left"/>
      <w:tblLayout w:type="fixed"/>
      <w:tblLook w:firstColumn="1" w:firstRow="1" w:lastColumn="0" w:lastRow="0" w:noHBand="0" w:noVBand="1" w:val="04A0"/>
    </w:tblPr>
    <w:tblGrid>
      <w:gridCol w:w="6493"/>
      <w:gridCol w:w="3110"/>
    </w:tblGrid>
    <w:tr>
      <w:tc>
        <w:tcPr>
          <w:tcW w:type="dxa" w:w="6493"/>
          <w:vAlign w:val="center"/>
          <w:tcMar>
            <w:top w:w="0" w:type="dxa"/>
            <w:left w:w="0" w:type="dxa"/>
            <w:bottom w:w="0" w:type="dxa"/>
            <w:right w:w="0" w:type="dxa"/>
            <w:start w:w="0" w:type="dxa"/>
            <w:end w:w="0" w:type="dxa"/>
          </w:tcMar>
          <w:tcBorders>
            <w:top w:val="nil"/>
            <w:left w:val="nil"/>
            <w:bottom w:val="nil"/>
            <w:right w:val="nil"/>
          </w:tcBorders>
        </w:tcPr>
        <w:p>
          <w:pPr>
            <w:pStyle w:val="Header"/>
            <w:spacing w:before="0" w:after="40" w:line="240" w:lineRule="exact"/>
          </w:pPr>
          <w:r>
            <w:rPr>
              <w:rFonts w:ascii="Arial" w:hAnsi="Arial"/>
              <w:i/>
              <w:color w:val="000000"/>
              <w:sz w:val="20"/>
            </w:rPr>
            <w:t>Company Constitution Replacement and Update Checklist</w:t>
          </w:r>
        </w:p>
        <w:p>
          <w:pPr>
            <w:pStyle w:val="Header"/>
            <w:spacing w:before="0" w:after="20" w:line="220" w:lineRule="exact"/>
            <w:pBdr>
              <w:bottom w:val="single" w:sz="6" w:space="3" w:color="000000"/>
            </w:pBdr>
          </w:pPr>
          <w:r>
            <w:rPr>
              <w:i/>
              <w:sz w:val="18"/>
            </w:rPr>
            <w:t xml:space="preserve">Page </w:t>
          </w:r>
          <w:r>
            <w:rPr>
              <w:rFonts w:ascii="Arial" w:hAnsi="Arial"/>
              <w:i/>
              <w:sz w:val="18"/>
              <w:color w:val="000000"/>
            </w:rPr>
            <w:fldChar w:fldCharType="begin"/>
          </w:r>
          <w:r>
            <w:rPr>
              <w:rFonts w:ascii="Arial" w:hAnsi="Arial"/>
              <w:i/>
              <w:sz w:val="18"/>
              <w:color w:val="000000"/>
            </w:rPr>
            <w:instrText xml:space="preserve"> PAGE \* Arabic </w:instrText>
          </w:r>
          <w:r>
            <w:rPr>
              <w:rFonts w:ascii="Arial" w:hAnsi="Arial"/>
              <w:i/>
              <w:sz w:val="18"/>
              <w:color w:val="000000"/>
            </w:rPr>
            <w:fldChar w:fldCharType="separate"/>
          </w:r>
          <w:r>
            <w:rPr>
              <w:rFonts w:ascii="Arial" w:hAnsi="Arial"/>
              <w:i/>
              <w:sz w:val="18"/>
              <w:color w:val="000000"/>
            </w:rPr>
            <w:t>4</w:t>
          </w:r>
          <w:r>
            <w:rPr>
              <w:rFonts w:ascii="Arial" w:hAnsi="Arial"/>
              <w:i/>
              <w:sz w:val="18"/>
              <w:color w:val="000000"/>
            </w:rPr>
            <w:fldChar w:fldCharType="end"/>
          </w:r>
        </w:p>
      </w:tc>
      <w:tc>
        <w:tcPr>
          <w:tcW w:type="dxa" w:w="3110"/>
          <w:vAlign w:val="center"/>
          <w:tcMar>
            <w:top w:w="0" w:type="dxa"/>
            <w:left w:w="0" w:type="dxa"/>
            <w:bottom w:w="0" w:type="dxa"/>
            <w:right w:w="0" w:type="dxa"/>
            <w:start w:w="0" w:type="dxa"/>
            <w:end w:w="0" w:type="dxa"/>
          </w:tcMar>
          <w:tcBorders>
            <w:top w:val="nil"/>
            <w:left w:val="nil"/>
            <w:bottom w:val="nil"/>
            <w:right w:val="nil"/>
          </w:tcBorders>
        </w:tcPr>
        <w:p>
          <w:pPr>
            <w:pStyle w:val="Header"/>
            <w:spacing w:before="0" w:after="0"/>
            <w:jc w:val="right"/>
          </w:pPr>
          <w:r>
            <w:drawing>
              <wp:inline xmlns:a="http://schemas.openxmlformats.org/drawingml/2006/main" xmlns:pic="http://schemas.openxmlformats.org/drawingml/2006/picture">
                <wp:extent cx="1783080" cy="608654"/>
                <wp:docPr id="14" name="Picture 1" descr="Legal Consolidated logo"/>
                <wp:cNvGraphicFramePr>
                  <a:graphicFrameLocks noChangeAspect="1"/>
                </wp:cNvGraphicFramePr>
                <a:graphic>
                  <a:graphicData uri="http://schemas.openxmlformats.org/drawingml/2006/picture">
                    <pic:pic>
                      <pic:nvPicPr>
                        <pic:cNvPr id="0" name="image.png"/>
                        <pic:cNvPicPr/>
                      </pic:nvPicPr>
                      <pic:blipFill>
                        <a:blip r:embed="rId1"/>
                        <a:stretch>
                          <a:fillRect/>
                        </a:stretch>
                      </pic:blipFill>
                      <pic:spPr>
                        <a:xfrm>
                          <a:off x="0" y="0"/>
                          <a:ext cx="1783080" cy="608654"/>
                        </a:xfrm>
                        <a:prstGeom prst="rect"/>
                      </pic:spPr>
                    </pic:pic>
                  </a:graphicData>
                </a:graphic>
              </wp:inline>
            </w:drawing>
          </w:r>
        </w:p>
      </w:tc>
    </w:tr>
  </w:tbl>
  <w:p>
    <w:pPr>
      <w:spacing w:before="0" w:after="0" w:line="20" w:lineRule="exact"/>
    </w:pPr>
    <w:r>
      <w:rPr>
        <w:sz w:val="2"/>
      </w:rPr>
      <w:t xml:space="preserve"> </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updateFields w:val="tru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59" w:lineRule="auto" w:after="100"/>
    </w:pPr>
    <w:rPr>
      <w:rFonts w:ascii="Arial" w:hAnsi="Arial"/>
      <w:color w:val="000000"/>
      <w:sz w:val="21"/>
    </w:rPr>
  </w:style>
  <w:style w:type="paragraph" w:styleId="Header">
    <w:name w:val="header"/>
    <w:basedOn w:val="Normal"/>
    <w:link w:val="HeaderChar"/>
    <w:uiPriority w:val="99"/>
    <w:unhideWhenUsed/>
    <w:rsid w:val="00E618BF"/>
    <w:pPr>
      <w:spacing w:after="100" w:line="259" w:lineRule="auto"/>
    </w:pPr>
    <w:rPr>
      <w:rFonts w:ascii="Arial" w:hAnsi="Arial"/>
      <w:color w:val="000000"/>
      <w:sz w:val="18"/>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spacing w:after="100" w:line="259" w:lineRule="auto"/>
    </w:pPr>
    <w:rPr>
      <w:rFonts w:ascii="Arial" w:hAnsi="Arial"/>
      <w:i/>
      <w:color w:val="000000"/>
      <w:sz w:val="20"/>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00" w:line="259" w:lineRule="auto"/>
      <w:outlineLvl w:val="0"/>
    </w:pPr>
    <w:rPr>
      <w:rFonts w:ascii="Arial" w:hAnsi="Arial"/>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160" w:after="80" w:line="259" w:lineRule="auto"/>
      <w:outlineLvl w:val="1"/>
    </w:pPr>
    <w:rPr>
      <w:rFonts w:ascii="Arial" w:hAnsi="Arial"/>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100" w:line="259" w:lineRule="auto"/>
      <w:outlineLvl w:val="2"/>
    </w:pPr>
    <w:rPr>
      <w:rFonts w:ascii="Arial" w:hAnsi="Arial"/>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80" w:line="259" w:lineRule="auto"/>
      <w:contextualSpacing/>
    </w:pPr>
    <w:rPr>
      <w:rFonts w:ascii="Arial" w:hAnsi="Arial"/>
      <w:b/>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line="259" w:lineRule="auto" w:after="260"/>
    </w:pPr>
    <w:rPr>
      <w:rFonts w:ascii="Arial" w:hAnsi="Arial"/>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2" Type="http://schemas.openxmlformats.org/officeDocument/2006/relationships/hyperlink" Target="tel:1800141612" TargetMode="External"/><Relationship Id="rId13" Type="http://schemas.openxmlformats.org/officeDocument/2006/relationships/hyperlink" Target="mailto:lawyer@legalconsolidated.com.au" TargetMode="External"/><Relationship Id="rId14" Type="http://schemas.openxmlformats.org/officeDocument/2006/relationships/header" Target="header2.xml"/><Relationship Id="rId16" Type="http://schemas.openxmlformats.org/officeDocument/2006/relationships/header" Target="header3.xml"/><Relationship Id="rId17" Type="http://schemas.openxmlformats.org/officeDocument/2006/relationships/header" Target="header4.xml"/><Relationship Id="rId18" Type="http://schemas.openxmlformats.org/officeDocument/2006/relationships/footer" Target="footer2.xml"/><Relationship Id="rId1" Type="http://schemas.openxmlformats.org/officeDocument/2006/relationships/hyperlink" Target="https://legalconsolidated.com.au/replace-a-company-constitution/" TargetMode="External"/><Relationship Id="rId1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Company Constitution Replacement and Update Checklist</dc:title>
  <dc:subject>Optional checklist for building a replacement Company Constitution on our law firm’s website</dc:subject>
  <dc:creator/>
  <cp:keywords/>
  <dc:description/>
  <cp:lastModifiedBy/>
  <cp:revision>1</cp:revision>
  <dcterms:created xsi:type="dcterms:W3CDTF">2013-12-23T23:15:00Z</dcterms:created>
  <dcterms:modified xsi:type="dcterms:W3CDTF">2013-12-23T23:15:00Z</dcterms:modified>
  <cp:category/>
</cp:coreProperties>
</file>